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78EEB" w14:textId="77777777" w:rsidR="00370F1F" w:rsidRDefault="007A51E5" w:rsidP="00370F1F">
      <w:pPr>
        <w:spacing w:after="0" w:line="240" w:lineRule="auto"/>
        <w:jc w:val="center"/>
        <w:rPr>
          <w:rFonts w:ascii="Arial" w:eastAsia="Arial" w:hAnsi="Arial" w:cs="Arial"/>
          <w:b/>
          <w:color w:val="1A1A1A"/>
          <w:sz w:val="3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67C25F2" wp14:editId="5C38545A">
            <wp:simplePos x="0" y="0"/>
            <wp:positionH relativeFrom="column">
              <wp:posOffset>-967740</wp:posOffset>
            </wp:positionH>
            <wp:positionV relativeFrom="paragraph">
              <wp:posOffset>-762000</wp:posOffset>
            </wp:positionV>
            <wp:extent cx="1362075" cy="857885"/>
            <wp:effectExtent l="0" t="0" r="9525" b="0"/>
            <wp:wrapTopAndBottom/>
            <wp:docPr id="16313673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1367380" name="Picture 163136738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857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15BAA">
        <w:rPr>
          <w:rFonts w:ascii="Arial" w:eastAsia="Arial" w:hAnsi="Arial" w:cs="Arial"/>
          <w:b/>
          <w:color w:val="1A1A1A"/>
          <w:sz w:val="32"/>
        </w:rPr>
        <w:t>Technological University Dublin</w:t>
      </w:r>
    </w:p>
    <w:p w14:paraId="2485E1C7" w14:textId="56786F02" w:rsidR="00915BAA" w:rsidRDefault="00915BAA" w:rsidP="00370F1F">
      <w:pPr>
        <w:spacing w:after="0" w:line="240" w:lineRule="auto"/>
        <w:jc w:val="center"/>
        <w:rPr>
          <w:sz w:val="28"/>
        </w:rPr>
      </w:pPr>
      <w:r>
        <w:rPr>
          <w:sz w:val="32"/>
        </w:rPr>
        <w:t xml:space="preserve">Application to </w:t>
      </w:r>
      <w:r>
        <w:rPr>
          <w:sz w:val="28"/>
        </w:rPr>
        <w:t>Withdraw (Study Withdrawal) from TU Dublin</w:t>
      </w:r>
    </w:p>
    <w:p w14:paraId="1828BE80" w14:textId="77777777" w:rsidR="00D65AD9" w:rsidRPr="00915BAA" w:rsidRDefault="00D65AD9" w:rsidP="00370F1F">
      <w:pPr>
        <w:spacing w:after="0" w:line="240" w:lineRule="auto"/>
        <w:jc w:val="center"/>
      </w:pPr>
    </w:p>
    <w:tbl>
      <w:tblPr>
        <w:tblStyle w:val="TableGrid0"/>
        <w:tblW w:w="9910" w:type="dxa"/>
        <w:tblInd w:w="1" w:type="dxa"/>
        <w:tblCellMar>
          <w:top w:w="46" w:type="dxa"/>
          <w:bottom w:w="3" w:type="dxa"/>
          <w:right w:w="115" w:type="dxa"/>
        </w:tblCellMar>
        <w:tblLook w:val="04A0" w:firstRow="1" w:lastRow="0" w:firstColumn="1" w:lastColumn="0" w:noHBand="0" w:noVBand="1"/>
      </w:tblPr>
      <w:tblGrid>
        <w:gridCol w:w="2077"/>
        <w:gridCol w:w="5113"/>
        <w:gridCol w:w="2720"/>
      </w:tblGrid>
      <w:tr w:rsidR="000F442A" w14:paraId="44C1E361" w14:textId="77777777" w:rsidTr="007A51E5">
        <w:trPr>
          <w:trHeight w:val="252"/>
        </w:trPr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DADB"/>
          </w:tcPr>
          <w:p w14:paraId="34A6146D" w14:textId="77777777" w:rsidR="000F442A" w:rsidRDefault="000F442A" w:rsidP="005D1FA8">
            <w:pPr>
              <w:spacing w:after="160" w:line="259" w:lineRule="auto"/>
            </w:pPr>
          </w:p>
        </w:tc>
        <w:tc>
          <w:tcPr>
            <w:tcW w:w="511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ADADB"/>
          </w:tcPr>
          <w:p w14:paraId="626A5C6F" w14:textId="14368D65" w:rsidR="000F442A" w:rsidRPr="00A82476" w:rsidRDefault="000F442A" w:rsidP="00A82476">
            <w:pPr>
              <w:spacing w:line="259" w:lineRule="auto"/>
              <w:ind w:left="1049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82476">
              <w:rPr>
                <w:rFonts w:ascii="Calibri" w:hAnsi="Calibri" w:cs="Calibri"/>
                <w:b/>
                <w:bCs/>
                <w:sz w:val="24"/>
                <w:szCs w:val="24"/>
              </w:rPr>
              <w:t>STUDENT</w:t>
            </w:r>
            <w:r w:rsidR="00A82476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&amp; PROGRAMME</w:t>
            </w:r>
            <w:r w:rsidRPr="00A82476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DETAILS</w:t>
            </w:r>
          </w:p>
        </w:tc>
        <w:tc>
          <w:tcPr>
            <w:tcW w:w="2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DADB"/>
          </w:tcPr>
          <w:p w14:paraId="2568E910" w14:textId="77777777" w:rsidR="000F442A" w:rsidRDefault="000F442A" w:rsidP="005D1FA8">
            <w:pPr>
              <w:spacing w:after="160" w:line="259" w:lineRule="auto"/>
            </w:pPr>
          </w:p>
        </w:tc>
      </w:tr>
    </w:tbl>
    <w:p w14:paraId="0E044CEA" w14:textId="77777777" w:rsidR="00370F1F" w:rsidRDefault="00370F1F" w:rsidP="00370F1F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14:paraId="7AC3F12B" w14:textId="54A9B7FD" w:rsidR="00015217" w:rsidRPr="0019068B" w:rsidRDefault="00000000" w:rsidP="007A51E5">
      <w:pPr>
        <w:rPr>
          <w:rFonts w:ascii="Calibri" w:hAnsi="Calibri" w:cs="Calibri"/>
          <w:sz w:val="20"/>
          <w:szCs w:val="20"/>
        </w:rPr>
      </w:pPr>
      <w:r w:rsidRPr="0019068B">
        <w:rPr>
          <w:rFonts w:ascii="Calibri" w:hAnsi="Calibri" w:cs="Calibri"/>
          <w:sz w:val="20"/>
          <w:szCs w:val="20"/>
        </w:rPr>
        <w:t xml:space="preserve">Student </w:t>
      </w:r>
      <w:r w:rsidR="00A82476" w:rsidRPr="0019068B">
        <w:rPr>
          <w:rFonts w:ascii="Calibri" w:hAnsi="Calibri" w:cs="Calibri"/>
          <w:sz w:val="20"/>
          <w:szCs w:val="20"/>
        </w:rPr>
        <w:t xml:space="preserve">Name: </w:t>
      </w:r>
      <w:r w:rsidRPr="0019068B">
        <w:rPr>
          <w:rFonts w:ascii="Calibri" w:hAnsi="Calibri" w:cs="Calibri"/>
          <w:sz w:val="20"/>
          <w:szCs w:val="20"/>
        </w:rPr>
        <w:t xml:space="preserve">________________________    </w:t>
      </w:r>
      <w:r w:rsidR="00A82476" w:rsidRPr="0019068B">
        <w:rPr>
          <w:rFonts w:ascii="Calibri" w:hAnsi="Calibri" w:cs="Calibri"/>
          <w:sz w:val="20"/>
          <w:szCs w:val="20"/>
        </w:rPr>
        <w:t xml:space="preserve">      </w:t>
      </w:r>
      <w:r w:rsidRPr="0019068B">
        <w:rPr>
          <w:rFonts w:ascii="Calibri" w:hAnsi="Calibri" w:cs="Calibri"/>
          <w:sz w:val="20"/>
          <w:szCs w:val="20"/>
        </w:rPr>
        <w:t>Student Number: _________________________</w:t>
      </w:r>
    </w:p>
    <w:p w14:paraId="4A07EC04" w14:textId="7A334C56" w:rsidR="00015217" w:rsidRPr="0019068B" w:rsidRDefault="00000000" w:rsidP="007A51E5">
      <w:pPr>
        <w:rPr>
          <w:rFonts w:ascii="Calibri" w:hAnsi="Calibri" w:cs="Calibri"/>
          <w:sz w:val="20"/>
          <w:szCs w:val="20"/>
        </w:rPr>
      </w:pPr>
      <w:proofErr w:type="spellStart"/>
      <w:r w:rsidRPr="0019068B">
        <w:rPr>
          <w:rFonts w:ascii="Calibri" w:hAnsi="Calibri" w:cs="Calibri"/>
          <w:sz w:val="20"/>
          <w:szCs w:val="20"/>
        </w:rPr>
        <w:t>Programme</w:t>
      </w:r>
      <w:proofErr w:type="spellEnd"/>
      <w:r w:rsidRPr="0019068B">
        <w:rPr>
          <w:rFonts w:ascii="Calibri" w:hAnsi="Calibri" w:cs="Calibri"/>
          <w:sz w:val="20"/>
          <w:szCs w:val="20"/>
        </w:rPr>
        <w:t xml:space="preserve">: _____________________________   </w:t>
      </w:r>
      <w:r w:rsidR="00A82476" w:rsidRPr="0019068B">
        <w:rPr>
          <w:rFonts w:ascii="Calibri" w:hAnsi="Calibri" w:cs="Calibri"/>
          <w:sz w:val="20"/>
          <w:szCs w:val="20"/>
        </w:rPr>
        <w:t xml:space="preserve"> </w:t>
      </w:r>
      <w:r w:rsidRPr="0019068B">
        <w:rPr>
          <w:rFonts w:ascii="Calibri" w:hAnsi="Calibri" w:cs="Calibri"/>
          <w:sz w:val="20"/>
          <w:szCs w:val="20"/>
        </w:rPr>
        <w:t xml:space="preserve"> Year: ___________    Campus: _________</w:t>
      </w:r>
      <w:r w:rsidR="0019068B">
        <w:rPr>
          <w:rFonts w:ascii="Calibri" w:hAnsi="Calibri" w:cs="Calibri"/>
          <w:sz w:val="20"/>
          <w:szCs w:val="20"/>
        </w:rPr>
        <w:t>___</w:t>
      </w:r>
      <w:r w:rsidRPr="0019068B">
        <w:rPr>
          <w:rFonts w:ascii="Calibri" w:hAnsi="Calibri" w:cs="Calibri"/>
          <w:sz w:val="20"/>
          <w:szCs w:val="20"/>
        </w:rPr>
        <w:t>__</w:t>
      </w:r>
    </w:p>
    <w:p w14:paraId="2CF636C9" w14:textId="0E7D6C82" w:rsidR="00015217" w:rsidRPr="00A82476" w:rsidRDefault="00000000" w:rsidP="007A51E5">
      <w:pPr>
        <w:rPr>
          <w:rFonts w:asciiTheme="majorHAnsi" w:hAnsiTheme="majorHAnsi" w:cstheme="majorHAnsi"/>
          <w:sz w:val="20"/>
          <w:szCs w:val="20"/>
        </w:rPr>
      </w:pPr>
      <w:r w:rsidRPr="0019068B">
        <w:rPr>
          <w:rFonts w:ascii="Calibri" w:hAnsi="Calibri" w:cs="Calibri"/>
          <w:sz w:val="20"/>
          <w:szCs w:val="20"/>
        </w:rPr>
        <w:t xml:space="preserve">Email: _________________________________    </w:t>
      </w:r>
      <w:r w:rsidR="00A82476" w:rsidRPr="0019068B">
        <w:rPr>
          <w:rFonts w:ascii="Calibri" w:hAnsi="Calibri" w:cs="Calibri"/>
          <w:sz w:val="20"/>
          <w:szCs w:val="20"/>
        </w:rPr>
        <w:t xml:space="preserve">   </w:t>
      </w:r>
      <w:r w:rsidRPr="0019068B">
        <w:rPr>
          <w:rFonts w:ascii="Calibri" w:hAnsi="Calibri" w:cs="Calibri"/>
          <w:sz w:val="20"/>
          <w:szCs w:val="20"/>
        </w:rPr>
        <w:t>Phone: _________________________________</w:t>
      </w:r>
    </w:p>
    <w:tbl>
      <w:tblPr>
        <w:tblStyle w:val="TableGrid0"/>
        <w:tblW w:w="9910" w:type="dxa"/>
        <w:tblInd w:w="1" w:type="dxa"/>
        <w:tblCellMar>
          <w:top w:w="46" w:type="dxa"/>
          <w:bottom w:w="3" w:type="dxa"/>
          <w:right w:w="115" w:type="dxa"/>
        </w:tblCellMar>
        <w:tblLook w:val="04A0" w:firstRow="1" w:lastRow="0" w:firstColumn="1" w:lastColumn="0" w:noHBand="0" w:noVBand="1"/>
      </w:tblPr>
      <w:tblGrid>
        <w:gridCol w:w="2077"/>
        <w:gridCol w:w="5113"/>
        <w:gridCol w:w="2720"/>
      </w:tblGrid>
      <w:tr w:rsidR="00915BAA" w14:paraId="2AEB701A" w14:textId="77777777" w:rsidTr="007A51E5">
        <w:trPr>
          <w:trHeight w:val="252"/>
        </w:trPr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DADB"/>
          </w:tcPr>
          <w:p w14:paraId="502A0467" w14:textId="77777777" w:rsidR="00915BAA" w:rsidRDefault="00915BAA" w:rsidP="00A82476">
            <w:pPr>
              <w:spacing w:line="259" w:lineRule="auto"/>
            </w:pPr>
          </w:p>
        </w:tc>
        <w:tc>
          <w:tcPr>
            <w:tcW w:w="511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ADADB"/>
          </w:tcPr>
          <w:p w14:paraId="76F7C80B" w14:textId="5FAFA0D9" w:rsidR="00915BAA" w:rsidRPr="00A82476" w:rsidRDefault="00915BAA" w:rsidP="00A82476">
            <w:pPr>
              <w:spacing w:line="259" w:lineRule="auto"/>
              <w:ind w:left="1191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82476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TYPE OF REQUEST (MANDATORY)</w:t>
            </w:r>
          </w:p>
        </w:tc>
        <w:tc>
          <w:tcPr>
            <w:tcW w:w="2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DADB"/>
          </w:tcPr>
          <w:p w14:paraId="1AC24C07" w14:textId="77777777" w:rsidR="00915BAA" w:rsidRDefault="00915BAA" w:rsidP="00A82476">
            <w:pPr>
              <w:spacing w:line="259" w:lineRule="auto"/>
            </w:pPr>
          </w:p>
        </w:tc>
      </w:tr>
    </w:tbl>
    <w:p w14:paraId="62498AC1" w14:textId="77777777" w:rsidR="00915BAA" w:rsidRDefault="00915BAA" w:rsidP="007A51E5">
      <w:pPr>
        <w:spacing w:after="0"/>
      </w:pPr>
    </w:p>
    <w:p w14:paraId="37806AD4" w14:textId="6FBA89E8" w:rsidR="00015217" w:rsidRPr="00A82476" w:rsidRDefault="00000000" w:rsidP="007A51E5">
      <w:pPr>
        <w:spacing w:after="0"/>
        <w:rPr>
          <w:rFonts w:asciiTheme="majorHAnsi" w:hAnsiTheme="majorHAnsi" w:cstheme="majorHAnsi"/>
          <w:sz w:val="20"/>
          <w:szCs w:val="20"/>
        </w:rPr>
      </w:pPr>
      <w:r w:rsidRPr="00A82476">
        <w:rPr>
          <w:rFonts w:ascii="Segoe UI Symbol" w:hAnsi="Segoe UI Symbol" w:cs="Segoe UI Symbol"/>
          <w:sz w:val="20"/>
          <w:szCs w:val="20"/>
        </w:rPr>
        <w:t>☐</w:t>
      </w:r>
      <w:r w:rsidRPr="00A82476">
        <w:rPr>
          <w:rFonts w:asciiTheme="majorHAnsi" w:hAnsiTheme="majorHAnsi" w:cstheme="majorHAnsi"/>
          <w:sz w:val="20"/>
          <w:szCs w:val="20"/>
        </w:rPr>
        <w:t xml:space="preserve"> Full Withdrawal from TU Dublin (Leaving the University)</w:t>
      </w:r>
    </w:p>
    <w:p w14:paraId="548F146A" w14:textId="77777777" w:rsidR="00015217" w:rsidRDefault="00000000" w:rsidP="007A51E5">
      <w:pPr>
        <w:rPr>
          <w:rFonts w:asciiTheme="majorHAnsi" w:hAnsiTheme="majorHAnsi" w:cstheme="majorHAnsi"/>
          <w:sz w:val="20"/>
          <w:szCs w:val="20"/>
        </w:rPr>
      </w:pPr>
      <w:r w:rsidRPr="00A82476">
        <w:rPr>
          <w:rFonts w:ascii="Segoe UI Symbol" w:hAnsi="Segoe UI Symbol" w:cs="Segoe UI Symbol"/>
          <w:sz w:val="20"/>
          <w:szCs w:val="20"/>
        </w:rPr>
        <w:t>☐</w:t>
      </w:r>
      <w:r w:rsidRPr="00A82476">
        <w:rPr>
          <w:rFonts w:asciiTheme="majorHAnsi" w:hAnsiTheme="majorHAnsi" w:cstheme="majorHAnsi"/>
          <w:sz w:val="20"/>
          <w:szCs w:val="20"/>
        </w:rPr>
        <w:t xml:space="preserve"> Withdrawal from </w:t>
      </w:r>
      <w:proofErr w:type="spellStart"/>
      <w:r w:rsidRPr="00A82476">
        <w:rPr>
          <w:rFonts w:asciiTheme="majorHAnsi" w:hAnsiTheme="majorHAnsi" w:cstheme="majorHAnsi"/>
          <w:sz w:val="20"/>
          <w:szCs w:val="20"/>
        </w:rPr>
        <w:t>Programme</w:t>
      </w:r>
      <w:proofErr w:type="spellEnd"/>
      <w:r w:rsidRPr="00A82476">
        <w:rPr>
          <w:rFonts w:asciiTheme="majorHAnsi" w:hAnsiTheme="majorHAnsi" w:cstheme="majorHAnsi"/>
          <w:sz w:val="20"/>
          <w:szCs w:val="20"/>
        </w:rPr>
        <w:t xml:space="preserve"> Only (Internal Transfer within TU Dublin)</w:t>
      </w:r>
    </w:p>
    <w:p w14:paraId="74D5CE62" w14:textId="6FACD29B" w:rsidR="00E75D06" w:rsidRPr="00A82476" w:rsidRDefault="00E75D06" w:rsidP="007A51E5">
      <w:pPr>
        <w:rPr>
          <w:rFonts w:asciiTheme="majorHAnsi" w:hAnsiTheme="majorHAnsi" w:cstheme="majorHAnsi"/>
          <w:sz w:val="20"/>
          <w:szCs w:val="20"/>
        </w:rPr>
      </w:pPr>
      <w:proofErr w:type="gramStart"/>
      <w:r w:rsidRPr="00A82476">
        <w:rPr>
          <w:rFonts w:ascii="Segoe UI Symbol" w:hAnsi="Segoe UI Symbol" w:cs="Segoe UI Symbol"/>
          <w:sz w:val="20"/>
          <w:szCs w:val="20"/>
        </w:rPr>
        <w:t>☐</w:t>
      </w:r>
      <w:r>
        <w:rPr>
          <w:rFonts w:ascii="Segoe UI Symbol" w:hAnsi="Segoe UI Symbol" w:cs="Segoe UI Symbol"/>
          <w:sz w:val="20"/>
          <w:szCs w:val="20"/>
        </w:rPr>
        <w:t xml:space="preserve">  Withdrawal</w:t>
      </w:r>
      <w:proofErr w:type="gramEnd"/>
      <w:r>
        <w:rPr>
          <w:rFonts w:ascii="Segoe UI Symbol" w:hAnsi="Segoe UI Symbol" w:cs="Segoe UI Symbol"/>
          <w:sz w:val="20"/>
          <w:szCs w:val="20"/>
        </w:rPr>
        <w:t xml:space="preserve"> Semester 1</w:t>
      </w:r>
      <w:r>
        <w:rPr>
          <w:rFonts w:ascii="Segoe UI Symbol" w:hAnsi="Segoe UI Symbol" w:cs="Segoe UI Symbol"/>
          <w:sz w:val="20"/>
          <w:szCs w:val="20"/>
        </w:rPr>
        <w:tab/>
      </w:r>
      <w:proofErr w:type="gramStart"/>
      <w:r w:rsidRPr="00A82476">
        <w:rPr>
          <w:rFonts w:ascii="Segoe UI Symbol" w:hAnsi="Segoe UI Symbol" w:cs="Segoe UI Symbol"/>
          <w:sz w:val="20"/>
          <w:szCs w:val="20"/>
        </w:rPr>
        <w:t>☐</w:t>
      </w:r>
      <w:r w:rsidR="00520911">
        <w:rPr>
          <w:rFonts w:ascii="Segoe UI Symbol" w:hAnsi="Segoe UI Symbol" w:cs="Segoe UI Symbol"/>
          <w:sz w:val="20"/>
          <w:szCs w:val="20"/>
        </w:rPr>
        <w:t xml:space="preserve">  Withdrawal</w:t>
      </w:r>
      <w:proofErr w:type="gramEnd"/>
      <w:r w:rsidR="00520911">
        <w:rPr>
          <w:rFonts w:ascii="Segoe UI Symbol" w:hAnsi="Segoe UI Symbol" w:cs="Segoe UI Symbol"/>
          <w:sz w:val="20"/>
          <w:szCs w:val="20"/>
        </w:rPr>
        <w:t xml:space="preserve"> Semester 2</w:t>
      </w:r>
      <w:r>
        <w:rPr>
          <w:rFonts w:ascii="Segoe UI Symbol" w:hAnsi="Segoe UI Symbol" w:cs="Segoe UI Symbol"/>
          <w:sz w:val="20"/>
          <w:szCs w:val="20"/>
        </w:rPr>
        <w:tab/>
      </w:r>
      <w:r w:rsidRPr="00A82476">
        <w:rPr>
          <w:rFonts w:ascii="Segoe UI Symbol" w:hAnsi="Segoe UI Symbol" w:cs="Segoe UI Symbol"/>
          <w:sz w:val="20"/>
          <w:szCs w:val="20"/>
        </w:rPr>
        <w:t>☐</w:t>
      </w:r>
      <w:r w:rsidR="00520911">
        <w:rPr>
          <w:rFonts w:ascii="Segoe UI Symbol" w:hAnsi="Segoe UI Symbol" w:cs="Segoe UI Symbol"/>
          <w:sz w:val="20"/>
          <w:szCs w:val="20"/>
        </w:rPr>
        <w:t xml:space="preserve"> Withdrawal for Full Academic Year</w:t>
      </w:r>
    </w:p>
    <w:p w14:paraId="100F18B4" w14:textId="77777777" w:rsidR="00015217" w:rsidRPr="00A82476" w:rsidRDefault="00000000" w:rsidP="007A51E5">
      <w:pPr>
        <w:rPr>
          <w:rFonts w:asciiTheme="majorHAnsi" w:hAnsiTheme="majorHAnsi" w:cstheme="majorHAnsi"/>
          <w:sz w:val="20"/>
          <w:szCs w:val="20"/>
        </w:rPr>
      </w:pPr>
      <w:r w:rsidRPr="00A82476">
        <w:rPr>
          <w:rFonts w:asciiTheme="majorHAnsi" w:hAnsiTheme="majorHAnsi" w:cstheme="majorHAnsi"/>
          <w:sz w:val="20"/>
          <w:szCs w:val="20"/>
        </w:rPr>
        <w:t xml:space="preserve">If transferring to another TU Dublin </w:t>
      </w:r>
      <w:proofErr w:type="spellStart"/>
      <w:r w:rsidRPr="00A82476">
        <w:rPr>
          <w:rFonts w:asciiTheme="majorHAnsi" w:hAnsiTheme="majorHAnsi" w:cstheme="majorHAnsi"/>
          <w:sz w:val="20"/>
          <w:szCs w:val="20"/>
        </w:rPr>
        <w:t>programme</w:t>
      </w:r>
      <w:proofErr w:type="spellEnd"/>
      <w:r w:rsidRPr="00A82476">
        <w:rPr>
          <w:rFonts w:asciiTheme="majorHAnsi" w:hAnsiTheme="majorHAnsi" w:cstheme="majorHAnsi"/>
          <w:sz w:val="20"/>
          <w:szCs w:val="20"/>
        </w:rPr>
        <w:t>, you are not fully withdrawing from the University.</w:t>
      </w:r>
    </w:p>
    <w:tbl>
      <w:tblPr>
        <w:tblStyle w:val="TableGrid0"/>
        <w:tblW w:w="9910" w:type="dxa"/>
        <w:tblInd w:w="1" w:type="dxa"/>
        <w:tblCellMar>
          <w:top w:w="46" w:type="dxa"/>
          <w:bottom w:w="3" w:type="dxa"/>
          <w:right w:w="115" w:type="dxa"/>
        </w:tblCellMar>
        <w:tblLook w:val="04A0" w:firstRow="1" w:lastRow="0" w:firstColumn="1" w:lastColumn="0" w:noHBand="0" w:noVBand="1"/>
      </w:tblPr>
      <w:tblGrid>
        <w:gridCol w:w="2077"/>
        <w:gridCol w:w="5113"/>
        <w:gridCol w:w="2720"/>
      </w:tblGrid>
      <w:tr w:rsidR="00915BAA" w14:paraId="72DCBE34" w14:textId="77777777" w:rsidTr="007A51E5">
        <w:trPr>
          <w:trHeight w:val="252"/>
        </w:trPr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DADB"/>
          </w:tcPr>
          <w:p w14:paraId="3A5D0985" w14:textId="77777777" w:rsidR="00915BAA" w:rsidRDefault="00915BAA" w:rsidP="005D1FA8">
            <w:pPr>
              <w:spacing w:after="160" w:line="259" w:lineRule="auto"/>
            </w:pPr>
          </w:p>
        </w:tc>
        <w:tc>
          <w:tcPr>
            <w:tcW w:w="511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ADADB"/>
          </w:tcPr>
          <w:p w14:paraId="1E431360" w14:textId="77F27488" w:rsidR="00915BAA" w:rsidRPr="00A82476" w:rsidRDefault="00915BAA" w:rsidP="00915BAA">
            <w:pPr>
              <w:spacing w:line="259" w:lineRule="auto"/>
              <w:ind w:left="1332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82476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WITHDRAWAL DETAILS</w:t>
            </w:r>
          </w:p>
        </w:tc>
        <w:tc>
          <w:tcPr>
            <w:tcW w:w="2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DADB"/>
          </w:tcPr>
          <w:p w14:paraId="0E4B1E79" w14:textId="77777777" w:rsidR="00915BAA" w:rsidRDefault="00915BAA" w:rsidP="005D1FA8">
            <w:pPr>
              <w:spacing w:after="160" w:line="259" w:lineRule="auto"/>
            </w:pPr>
          </w:p>
        </w:tc>
      </w:tr>
    </w:tbl>
    <w:p w14:paraId="202AABC5" w14:textId="77777777" w:rsidR="00915BAA" w:rsidRDefault="00915BAA" w:rsidP="007A51E5">
      <w:pPr>
        <w:spacing w:after="0"/>
        <w:rPr>
          <w:sz w:val="20"/>
          <w:szCs w:val="20"/>
        </w:rPr>
      </w:pPr>
    </w:p>
    <w:p w14:paraId="03A8F639" w14:textId="12A78AD3" w:rsidR="00015217" w:rsidRPr="00915BAA" w:rsidRDefault="00000000" w:rsidP="007A51E5">
      <w:pPr>
        <w:spacing w:after="0"/>
        <w:rPr>
          <w:rFonts w:asciiTheme="majorHAnsi" w:hAnsiTheme="majorHAnsi" w:cstheme="majorHAnsi"/>
          <w:sz w:val="20"/>
          <w:szCs w:val="20"/>
        </w:rPr>
      </w:pPr>
      <w:r w:rsidRPr="00915BAA">
        <w:rPr>
          <w:rFonts w:asciiTheme="majorHAnsi" w:hAnsiTheme="majorHAnsi" w:cstheme="majorHAnsi"/>
          <w:sz w:val="20"/>
          <w:szCs w:val="20"/>
        </w:rPr>
        <w:t>Effective Withdrawal Date</w:t>
      </w:r>
      <w:r w:rsidR="0051285E">
        <w:rPr>
          <w:rFonts w:asciiTheme="majorHAnsi" w:hAnsiTheme="majorHAnsi" w:cstheme="majorHAnsi"/>
          <w:sz w:val="20"/>
          <w:szCs w:val="20"/>
        </w:rPr>
        <w:t xml:space="preserve"> from </w:t>
      </w:r>
      <w:proofErr w:type="spellStart"/>
      <w:r w:rsidR="0051285E">
        <w:rPr>
          <w:rFonts w:asciiTheme="majorHAnsi" w:hAnsiTheme="majorHAnsi" w:cstheme="majorHAnsi"/>
          <w:sz w:val="20"/>
          <w:szCs w:val="20"/>
        </w:rPr>
        <w:t>Programme</w:t>
      </w:r>
      <w:proofErr w:type="spellEnd"/>
      <w:r w:rsidR="000F442A" w:rsidRPr="00915BAA">
        <w:rPr>
          <w:rFonts w:asciiTheme="majorHAnsi" w:hAnsiTheme="majorHAnsi" w:cstheme="majorHAnsi"/>
          <w:sz w:val="20"/>
          <w:szCs w:val="20"/>
        </w:rPr>
        <w:t xml:space="preserve"> (Required</w:t>
      </w:r>
      <w:proofErr w:type="gramStart"/>
      <w:r w:rsidR="00915BAA" w:rsidRPr="00915BAA">
        <w:rPr>
          <w:rFonts w:asciiTheme="majorHAnsi" w:hAnsiTheme="majorHAnsi" w:cstheme="majorHAnsi"/>
          <w:sz w:val="20"/>
          <w:szCs w:val="20"/>
        </w:rPr>
        <w:t xml:space="preserve">): </w:t>
      </w:r>
      <w:r w:rsidRPr="00915BAA">
        <w:rPr>
          <w:rFonts w:asciiTheme="majorHAnsi" w:hAnsiTheme="majorHAnsi" w:cstheme="majorHAnsi"/>
          <w:sz w:val="20"/>
          <w:szCs w:val="20"/>
        </w:rPr>
        <w:t>_</w:t>
      </w:r>
      <w:proofErr w:type="gramEnd"/>
      <w:r w:rsidRPr="00915BAA">
        <w:rPr>
          <w:rFonts w:asciiTheme="majorHAnsi" w:hAnsiTheme="majorHAnsi" w:cstheme="majorHAnsi"/>
          <w:sz w:val="20"/>
          <w:szCs w:val="20"/>
        </w:rPr>
        <w:t>________________ (Last date of academic engagement)</w:t>
      </w:r>
    </w:p>
    <w:p w14:paraId="4514F0C9" w14:textId="77777777" w:rsidR="00A82476" w:rsidRDefault="00A82476" w:rsidP="007A51E5">
      <w:pPr>
        <w:spacing w:after="0" w:line="259" w:lineRule="auto"/>
        <w:rPr>
          <w:rFonts w:asciiTheme="majorHAnsi" w:hAnsiTheme="majorHAnsi" w:cstheme="majorHAnsi"/>
          <w:sz w:val="20"/>
          <w:szCs w:val="20"/>
        </w:rPr>
      </w:pPr>
    </w:p>
    <w:p w14:paraId="01163F24" w14:textId="04CCEFB7" w:rsidR="00A82476" w:rsidRPr="00A82476" w:rsidRDefault="00A82476" w:rsidP="007A51E5">
      <w:pPr>
        <w:spacing w:after="0" w:line="259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A82476">
        <w:rPr>
          <w:rFonts w:asciiTheme="majorHAnsi" w:hAnsiTheme="majorHAnsi" w:cstheme="majorHAnsi"/>
          <w:b/>
          <w:bCs/>
          <w:sz w:val="24"/>
          <w:szCs w:val="24"/>
        </w:rPr>
        <w:t xml:space="preserve">Reason for Study Withdrawal: (Please tick where appropriate) </w:t>
      </w:r>
    </w:p>
    <w:tbl>
      <w:tblPr>
        <w:tblStyle w:val="TableGrid0"/>
        <w:tblW w:w="9912" w:type="dxa"/>
        <w:tblInd w:w="5" w:type="dxa"/>
        <w:tblCellMar>
          <w:top w:w="47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5097"/>
        <w:gridCol w:w="427"/>
        <w:gridCol w:w="3970"/>
        <w:gridCol w:w="418"/>
      </w:tblGrid>
      <w:tr w:rsidR="00A82476" w:rsidRPr="00A82476" w14:paraId="2F6B6A2A" w14:textId="77777777" w:rsidTr="00370F1F">
        <w:trPr>
          <w:trHeight w:val="290"/>
        </w:trPr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0FB67" w14:textId="77777777" w:rsidR="00A82476" w:rsidRPr="00A82476" w:rsidRDefault="00A82476" w:rsidP="005D1FA8">
            <w:pPr>
              <w:spacing w:line="259" w:lineRule="auto"/>
              <w:ind w:left="2"/>
              <w:rPr>
                <w:rFonts w:asciiTheme="majorHAnsi" w:hAnsiTheme="majorHAnsi" w:cstheme="majorHAnsi"/>
              </w:rPr>
            </w:pPr>
            <w:r w:rsidRPr="00A82476">
              <w:rPr>
                <w:rFonts w:asciiTheme="majorHAnsi" w:hAnsiTheme="majorHAnsi" w:cstheme="majorHAnsi"/>
                <w:sz w:val="20"/>
              </w:rPr>
              <w:t xml:space="preserve">Health/Medical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98884" w14:textId="77777777" w:rsidR="00A82476" w:rsidRPr="00A82476" w:rsidRDefault="00A82476" w:rsidP="005D1FA8">
            <w:pPr>
              <w:spacing w:line="259" w:lineRule="auto"/>
              <w:ind w:left="2"/>
              <w:rPr>
                <w:rFonts w:asciiTheme="majorHAnsi" w:hAnsiTheme="majorHAnsi" w:cstheme="majorHAnsi"/>
              </w:rPr>
            </w:pPr>
            <w:r w:rsidRPr="00A82476">
              <w:rPr>
                <w:rFonts w:asciiTheme="majorHAnsi" w:hAnsiTheme="majorHAnsi" w:cstheme="majorHAnsi"/>
                <w:sz w:val="20"/>
              </w:rPr>
              <w:t xml:space="preserve"> 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71D0E" w14:textId="77777777" w:rsidR="00A82476" w:rsidRPr="00A82476" w:rsidRDefault="00A82476" w:rsidP="005D1FA8">
            <w:pPr>
              <w:spacing w:line="259" w:lineRule="auto"/>
              <w:rPr>
                <w:rFonts w:asciiTheme="majorHAnsi" w:hAnsiTheme="majorHAnsi" w:cstheme="majorHAnsi"/>
              </w:rPr>
            </w:pPr>
            <w:r w:rsidRPr="00A82476">
              <w:rPr>
                <w:rFonts w:asciiTheme="majorHAnsi" w:hAnsiTheme="majorHAnsi" w:cstheme="majorHAnsi"/>
                <w:sz w:val="20"/>
              </w:rPr>
              <w:t xml:space="preserve">Personal Circumstances 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2412F" w14:textId="77777777" w:rsidR="00A82476" w:rsidRPr="00A82476" w:rsidRDefault="00A82476" w:rsidP="005D1FA8">
            <w:pPr>
              <w:spacing w:line="259" w:lineRule="auto"/>
              <w:rPr>
                <w:rFonts w:asciiTheme="majorHAnsi" w:hAnsiTheme="majorHAnsi" w:cstheme="majorHAnsi"/>
              </w:rPr>
            </w:pPr>
            <w:r w:rsidRPr="00A82476">
              <w:rPr>
                <w:rFonts w:asciiTheme="majorHAnsi" w:hAnsiTheme="majorHAnsi" w:cstheme="majorHAnsi"/>
                <w:sz w:val="20"/>
              </w:rPr>
              <w:t xml:space="preserve"> </w:t>
            </w:r>
          </w:p>
        </w:tc>
      </w:tr>
      <w:tr w:rsidR="00A82476" w:rsidRPr="00A82476" w14:paraId="3A987FA7" w14:textId="77777777" w:rsidTr="00370F1F">
        <w:trPr>
          <w:trHeight w:val="290"/>
        </w:trPr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49FAE" w14:textId="77777777" w:rsidR="00A82476" w:rsidRPr="00A82476" w:rsidRDefault="00A82476" w:rsidP="005D1FA8">
            <w:pPr>
              <w:spacing w:line="259" w:lineRule="auto"/>
              <w:ind w:left="2"/>
              <w:rPr>
                <w:rFonts w:asciiTheme="majorHAnsi" w:hAnsiTheme="majorHAnsi" w:cstheme="majorHAnsi"/>
                <w:sz w:val="20"/>
                <w:szCs w:val="20"/>
              </w:rPr>
            </w:pPr>
            <w:r w:rsidRPr="00A82476">
              <w:rPr>
                <w:rFonts w:asciiTheme="majorHAnsi" w:hAnsiTheme="majorHAnsi" w:cstheme="majorHAnsi"/>
                <w:sz w:val="20"/>
                <w:szCs w:val="20"/>
              </w:rPr>
              <w:t>Transfer to another TU Dublin Programme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EA88E" w14:textId="77777777" w:rsidR="00A82476" w:rsidRPr="00A82476" w:rsidRDefault="00A82476" w:rsidP="005D1FA8">
            <w:pPr>
              <w:spacing w:line="259" w:lineRule="auto"/>
              <w:ind w:left="2"/>
              <w:rPr>
                <w:rFonts w:asciiTheme="majorHAnsi" w:hAnsiTheme="majorHAnsi" w:cstheme="majorHAnsi"/>
              </w:rPr>
            </w:pPr>
            <w:r w:rsidRPr="00A82476">
              <w:rPr>
                <w:rFonts w:asciiTheme="majorHAnsi" w:hAnsiTheme="majorHAnsi" w:cstheme="majorHAnsi"/>
                <w:sz w:val="20"/>
              </w:rPr>
              <w:t xml:space="preserve"> 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54153" w14:textId="77777777" w:rsidR="00A82476" w:rsidRPr="00A82476" w:rsidRDefault="00A82476" w:rsidP="005D1FA8">
            <w:pPr>
              <w:spacing w:line="259" w:lineRule="auto"/>
              <w:rPr>
                <w:rFonts w:asciiTheme="majorHAnsi" w:hAnsiTheme="majorHAnsi" w:cstheme="majorHAnsi"/>
              </w:rPr>
            </w:pPr>
            <w:r w:rsidRPr="00A82476">
              <w:rPr>
                <w:rFonts w:asciiTheme="majorHAnsi" w:hAnsiTheme="majorHAnsi" w:cstheme="majorHAnsi"/>
                <w:sz w:val="20"/>
              </w:rPr>
              <w:t xml:space="preserve">Programme not suitable – Exit TU Dublin 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80303" w14:textId="77777777" w:rsidR="00A82476" w:rsidRPr="00A82476" w:rsidRDefault="00A82476" w:rsidP="005D1FA8">
            <w:pPr>
              <w:spacing w:line="259" w:lineRule="auto"/>
              <w:rPr>
                <w:rFonts w:asciiTheme="majorHAnsi" w:hAnsiTheme="majorHAnsi" w:cstheme="majorHAnsi"/>
              </w:rPr>
            </w:pPr>
            <w:r w:rsidRPr="00A82476">
              <w:rPr>
                <w:rFonts w:asciiTheme="majorHAnsi" w:hAnsiTheme="majorHAnsi" w:cstheme="majorHAnsi"/>
                <w:sz w:val="20"/>
              </w:rPr>
              <w:t xml:space="preserve"> </w:t>
            </w:r>
          </w:p>
        </w:tc>
      </w:tr>
      <w:tr w:rsidR="00A82476" w:rsidRPr="00A82476" w14:paraId="0A07AAF8" w14:textId="77777777" w:rsidTr="00370F1F">
        <w:trPr>
          <w:trHeight w:val="290"/>
        </w:trPr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6035C" w14:textId="4D330ECA" w:rsidR="00A82476" w:rsidRPr="00A82476" w:rsidRDefault="00A82476" w:rsidP="005D1FA8">
            <w:pPr>
              <w:spacing w:line="259" w:lineRule="auto"/>
              <w:ind w:left="2"/>
              <w:rPr>
                <w:rFonts w:asciiTheme="majorHAnsi" w:hAnsiTheme="majorHAnsi" w:cstheme="majorHAnsi"/>
              </w:rPr>
            </w:pPr>
            <w:r w:rsidRPr="00A82476">
              <w:rPr>
                <w:rFonts w:asciiTheme="majorHAnsi" w:hAnsiTheme="majorHAnsi" w:cstheme="majorHAnsi"/>
                <w:sz w:val="20"/>
              </w:rPr>
              <w:t xml:space="preserve">Emigrating </w:t>
            </w:r>
            <w:r w:rsidR="00317557">
              <w:rPr>
                <w:rFonts w:asciiTheme="majorHAnsi" w:hAnsiTheme="majorHAnsi" w:cstheme="majorHAnsi"/>
                <w:sz w:val="20"/>
              </w:rPr>
              <w:t>*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BA428" w14:textId="77777777" w:rsidR="00A82476" w:rsidRPr="00A82476" w:rsidRDefault="00A82476" w:rsidP="005D1FA8">
            <w:pPr>
              <w:spacing w:line="259" w:lineRule="auto"/>
              <w:ind w:left="2"/>
              <w:rPr>
                <w:rFonts w:asciiTheme="majorHAnsi" w:hAnsiTheme="majorHAnsi" w:cstheme="majorHAnsi"/>
              </w:rPr>
            </w:pPr>
            <w:r w:rsidRPr="00A82476">
              <w:rPr>
                <w:rFonts w:asciiTheme="majorHAnsi" w:hAnsiTheme="majorHAnsi" w:cstheme="majorHAnsi"/>
                <w:sz w:val="20"/>
              </w:rPr>
              <w:t xml:space="preserve"> 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5742A" w14:textId="77777777" w:rsidR="00A82476" w:rsidRPr="00A82476" w:rsidRDefault="00A82476" w:rsidP="005D1FA8">
            <w:pPr>
              <w:spacing w:line="259" w:lineRule="auto"/>
              <w:rPr>
                <w:rFonts w:asciiTheme="majorHAnsi" w:hAnsiTheme="majorHAnsi" w:cstheme="majorHAnsi"/>
              </w:rPr>
            </w:pPr>
            <w:r w:rsidRPr="00A82476">
              <w:rPr>
                <w:rFonts w:asciiTheme="majorHAnsi" w:hAnsiTheme="majorHAnsi" w:cstheme="majorHAnsi"/>
                <w:sz w:val="20"/>
              </w:rPr>
              <w:t xml:space="preserve">Reapplying to CAO 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63CD0" w14:textId="77777777" w:rsidR="00A82476" w:rsidRPr="00A82476" w:rsidRDefault="00A82476" w:rsidP="005D1FA8">
            <w:pPr>
              <w:spacing w:line="259" w:lineRule="auto"/>
              <w:rPr>
                <w:rFonts w:asciiTheme="majorHAnsi" w:hAnsiTheme="majorHAnsi" w:cstheme="majorHAnsi"/>
              </w:rPr>
            </w:pPr>
            <w:r w:rsidRPr="00A82476">
              <w:rPr>
                <w:rFonts w:asciiTheme="majorHAnsi" w:hAnsiTheme="majorHAnsi" w:cstheme="majorHAnsi"/>
                <w:sz w:val="20"/>
              </w:rPr>
              <w:t xml:space="preserve"> </w:t>
            </w:r>
          </w:p>
        </w:tc>
      </w:tr>
      <w:tr w:rsidR="00A82476" w:rsidRPr="00A82476" w14:paraId="4A766281" w14:textId="77777777" w:rsidTr="00370F1F">
        <w:trPr>
          <w:trHeight w:val="290"/>
        </w:trPr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6906F" w14:textId="77777777" w:rsidR="00A82476" w:rsidRPr="00A82476" w:rsidRDefault="00A82476" w:rsidP="005D1FA8">
            <w:pPr>
              <w:spacing w:line="259" w:lineRule="auto"/>
              <w:ind w:left="2"/>
              <w:rPr>
                <w:rFonts w:asciiTheme="majorHAnsi" w:hAnsiTheme="majorHAnsi" w:cstheme="majorHAnsi"/>
              </w:rPr>
            </w:pPr>
            <w:r w:rsidRPr="00A82476">
              <w:rPr>
                <w:rFonts w:asciiTheme="majorHAnsi" w:hAnsiTheme="majorHAnsi" w:cstheme="majorHAnsi"/>
                <w:sz w:val="20"/>
              </w:rPr>
              <w:t xml:space="preserve">Failed Exams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FCFD6" w14:textId="77777777" w:rsidR="00A82476" w:rsidRPr="00A82476" w:rsidRDefault="00A82476" w:rsidP="005D1FA8">
            <w:pPr>
              <w:spacing w:line="259" w:lineRule="auto"/>
              <w:ind w:left="2"/>
              <w:rPr>
                <w:rFonts w:asciiTheme="majorHAnsi" w:hAnsiTheme="majorHAnsi" w:cstheme="majorHAnsi"/>
              </w:rPr>
            </w:pPr>
            <w:r w:rsidRPr="00A82476">
              <w:rPr>
                <w:rFonts w:asciiTheme="majorHAnsi" w:hAnsiTheme="majorHAnsi" w:cstheme="majorHAnsi"/>
                <w:sz w:val="20"/>
              </w:rPr>
              <w:t xml:space="preserve"> 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51297" w14:textId="049C762A" w:rsidR="00A82476" w:rsidRPr="00A82476" w:rsidRDefault="00A82476" w:rsidP="005D1FA8">
            <w:pPr>
              <w:spacing w:line="259" w:lineRule="auto"/>
              <w:rPr>
                <w:rFonts w:asciiTheme="majorHAnsi" w:hAnsiTheme="majorHAnsi" w:cstheme="majorHAnsi"/>
              </w:rPr>
            </w:pPr>
            <w:r w:rsidRPr="00A82476">
              <w:rPr>
                <w:rFonts w:asciiTheme="majorHAnsi" w:hAnsiTheme="majorHAnsi" w:cstheme="majorHAnsi"/>
                <w:sz w:val="20"/>
              </w:rPr>
              <w:t xml:space="preserve">Repeat Leaving Cert </w:t>
            </w:r>
            <w:r w:rsidR="00F02FE6">
              <w:rPr>
                <w:rFonts w:asciiTheme="majorHAnsi" w:hAnsiTheme="majorHAnsi" w:cstheme="majorHAnsi"/>
                <w:sz w:val="20"/>
              </w:rPr>
              <w:t>*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7207E" w14:textId="77777777" w:rsidR="00A82476" w:rsidRPr="00A82476" w:rsidRDefault="00A82476" w:rsidP="005D1FA8">
            <w:pPr>
              <w:spacing w:line="259" w:lineRule="auto"/>
              <w:rPr>
                <w:rFonts w:asciiTheme="majorHAnsi" w:hAnsiTheme="majorHAnsi" w:cstheme="majorHAnsi"/>
              </w:rPr>
            </w:pPr>
            <w:r w:rsidRPr="00A82476">
              <w:rPr>
                <w:rFonts w:asciiTheme="majorHAnsi" w:hAnsiTheme="majorHAnsi" w:cstheme="majorHAnsi"/>
                <w:sz w:val="20"/>
              </w:rPr>
              <w:t xml:space="preserve"> </w:t>
            </w:r>
          </w:p>
        </w:tc>
      </w:tr>
      <w:tr w:rsidR="00A82476" w:rsidRPr="00A82476" w14:paraId="5EAC1CBE" w14:textId="77777777" w:rsidTr="00370F1F">
        <w:trPr>
          <w:trHeight w:val="290"/>
        </w:trPr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DDBCF" w14:textId="59D2BCA9" w:rsidR="00A82476" w:rsidRPr="00A82476" w:rsidRDefault="00A82476" w:rsidP="005D1FA8">
            <w:pPr>
              <w:spacing w:line="259" w:lineRule="auto"/>
              <w:ind w:left="2"/>
              <w:rPr>
                <w:rFonts w:asciiTheme="majorHAnsi" w:hAnsiTheme="majorHAnsi" w:cstheme="majorHAnsi"/>
              </w:rPr>
            </w:pPr>
            <w:r w:rsidRPr="00A82476">
              <w:rPr>
                <w:rFonts w:asciiTheme="majorHAnsi" w:hAnsiTheme="majorHAnsi" w:cstheme="majorHAnsi"/>
                <w:sz w:val="20"/>
              </w:rPr>
              <w:t xml:space="preserve">Family Commitments </w:t>
            </w:r>
            <w:r w:rsidR="00F02FE6">
              <w:rPr>
                <w:rFonts w:asciiTheme="majorHAnsi" w:hAnsiTheme="majorHAnsi" w:cstheme="majorHAnsi"/>
                <w:sz w:val="20"/>
              </w:rPr>
              <w:t>*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67216" w14:textId="77777777" w:rsidR="00A82476" w:rsidRPr="00A82476" w:rsidRDefault="00A82476" w:rsidP="005D1FA8">
            <w:pPr>
              <w:spacing w:line="259" w:lineRule="auto"/>
              <w:ind w:left="2"/>
              <w:rPr>
                <w:rFonts w:asciiTheme="majorHAnsi" w:hAnsiTheme="majorHAnsi" w:cstheme="majorHAnsi"/>
              </w:rPr>
            </w:pPr>
            <w:r w:rsidRPr="00A82476">
              <w:rPr>
                <w:rFonts w:asciiTheme="majorHAnsi" w:hAnsiTheme="majorHAnsi" w:cstheme="majorHAnsi"/>
                <w:sz w:val="20"/>
              </w:rPr>
              <w:t xml:space="preserve"> 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38052" w14:textId="77777777" w:rsidR="00A82476" w:rsidRPr="00A82476" w:rsidRDefault="00A82476" w:rsidP="005D1FA8">
            <w:pPr>
              <w:spacing w:line="259" w:lineRule="auto"/>
              <w:rPr>
                <w:rFonts w:asciiTheme="majorHAnsi" w:hAnsiTheme="majorHAnsi" w:cstheme="majorHAnsi"/>
              </w:rPr>
            </w:pPr>
            <w:r w:rsidRPr="00A82476">
              <w:rPr>
                <w:rFonts w:asciiTheme="majorHAnsi" w:hAnsiTheme="majorHAnsi" w:cstheme="majorHAnsi"/>
                <w:sz w:val="20"/>
              </w:rPr>
              <w:t xml:space="preserve">Travel 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EAAD2" w14:textId="77777777" w:rsidR="00A82476" w:rsidRPr="00A82476" w:rsidRDefault="00A82476" w:rsidP="005D1FA8">
            <w:pPr>
              <w:spacing w:line="259" w:lineRule="auto"/>
              <w:rPr>
                <w:rFonts w:asciiTheme="majorHAnsi" w:hAnsiTheme="majorHAnsi" w:cstheme="majorHAnsi"/>
              </w:rPr>
            </w:pPr>
            <w:r w:rsidRPr="00A82476">
              <w:rPr>
                <w:rFonts w:asciiTheme="majorHAnsi" w:hAnsiTheme="majorHAnsi" w:cstheme="majorHAnsi"/>
                <w:sz w:val="20"/>
              </w:rPr>
              <w:t xml:space="preserve"> </w:t>
            </w:r>
          </w:p>
        </w:tc>
      </w:tr>
      <w:tr w:rsidR="00A82476" w:rsidRPr="00A82476" w14:paraId="76D0E1CB" w14:textId="77777777" w:rsidTr="00370F1F">
        <w:trPr>
          <w:trHeight w:val="290"/>
        </w:trPr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798CB" w14:textId="77777777" w:rsidR="00A82476" w:rsidRPr="00A82476" w:rsidRDefault="00A82476" w:rsidP="005D1FA8">
            <w:pPr>
              <w:spacing w:line="259" w:lineRule="auto"/>
              <w:ind w:left="2"/>
              <w:rPr>
                <w:rFonts w:asciiTheme="majorHAnsi" w:hAnsiTheme="majorHAnsi" w:cstheme="majorHAnsi"/>
              </w:rPr>
            </w:pPr>
            <w:r w:rsidRPr="00A82476">
              <w:rPr>
                <w:rFonts w:asciiTheme="majorHAnsi" w:hAnsiTheme="majorHAnsi" w:cstheme="majorHAnsi"/>
                <w:sz w:val="20"/>
              </w:rPr>
              <w:t xml:space="preserve">Financial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D4935" w14:textId="77777777" w:rsidR="00A82476" w:rsidRPr="00A82476" w:rsidRDefault="00A82476" w:rsidP="005D1FA8">
            <w:pPr>
              <w:spacing w:line="259" w:lineRule="auto"/>
              <w:ind w:left="2"/>
              <w:rPr>
                <w:rFonts w:asciiTheme="majorHAnsi" w:hAnsiTheme="majorHAnsi" w:cstheme="majorHAnsi"/>
              </w:rPr>
            </w:pPr>
            <w:r w:rsidRPr="00A82476">
              <w:rPr>
                <w:rFonts w:asciiTheme="majorHAnsi" w:hAnsiTheme="majorHAnsi" w:cstheme="majorHAnsi"/>
                <w:sz w:val="20"/>
              </w:rPr>
              <w:t xml:space="preserve"> 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E6F90" w14:textId="77777777" w:rsidR="00A82476" w:rsidRPr="00A82476" w:rsidRDefault="00A82476" w:rsidP="005D1FA8">
            <w:pPr>
              <w:spacing w:line="259" w:lineRule="auto"/>
              <w:rPr>
                <w:rFonts w:asciiTheme="majorHAnsi" w:hAnsiTheme="majorHAnsi" w:cstheme="majorHAnsi"/>
              </w:rPr>
            </w:pPr>
            <w:r w:rsidRPr="00A82476">
              <w:rPr>
                <w:rFonts w:asciiTheme="majorHAnsi" w:hAnsiTheme="majorHAnsi" w:cstheme="majorHAnsi"/>
                <w:sz w:val="20"/>
              </w:rPr>
              <w:t xml:space="preserve">Visa Issues 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AC413" w14:textId="77777777" w:rsidR="00A82476" w:rsidRPr="00A82476" w:rsidRDefault="00A82476" w:rsidP="005D1FA8">
            <w:pPr>
              <w:spacing w:line="259" w:lineRule="auto"/>
              <w:rPr>
                <w:rFonts w:asciiTheme="majorHAnsi" w:hAnsiTheme="majorHAnsi" w:cstheme="majorHAnsi"/>
              </w:rPr>
            </w:pPr>
            <w:r w:rsidRPr="00A82476">
              <w:rPr>
                <w:rFonts w:asciiTheme="majorHAnsi" w:hAnsiTheme="majorHAnsi" w:cstheme="majorHAnsi"/>
                <w:sz w:val="20"/>
              </w:rPr>
              <w:t xml:space="preserve"> </w:t>
            </w:r>
          </w:p>
        </w:tc>
      </w:tr>
      <w:tr w:rsidR="00A82476" w:rsidRPr="00A82476" w14:paraId="2EFBDB14" w14:textId="77777777" w:rsidTr="00370F1F">
        <w:trPr>
          <w:trHeight w:val="293"/>
        </w:trPr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3213B" w14:textId="73A126E7" w:rsidR="00A82476" w:rsidRPr="00A82476" w:rsidRDefault="00A82476" w:rsidP="005D1FA8">
            <w:pPr>
              <w:spacing w:line="259" w:lineRule="auto"/>
              <w:ind w:left="2"/>
              <w:rPr>
                <w:rFonts w:asciiTheme="majorHAnsi" w:hAnsiTheme="majorHAnsi" w:cstheme="majorHAnsi"/>
              </w:rPr>
            </w:pPr>
            <w:r w:rsidRPr="00A82476">
              <w:rPr>
                <w:rFonts w:asciiTheme="majorHAnsi" w:hAnsiTheme="majorHAnsi" w:cstheme="majorHAnsi"/>
                <w:sz w:val="20"/>
              </w:rPr>
              <w:t xml:space="preserve">Job Offer </w:t>
            </w:r>
            <w:r w:rsidR="00E75D06">
              <w:rPr>
                <w:rFonts w:asciiTheme="majorHAnsi" w:hAnsiTheme="majorHAnsi" w:cstheme="majorHAnsi"/>
                <w:sz w:val="20"/>
              </w:rPr>
              <w:t>*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EB145" w14:textId="77777777" w:rsidR="00A82476" w:rsidRPr="00A82476" w:rsidRDefault="00A82476" w:rsidP="005D1FA8">
            <w:pPr>
              <w:spacing w:line="259" w:lineRule="auto"/>
              <w:ind w:left="2"/>
              <w:rPr>
                <w:rFonts w:asciiTheme="majorHAnsi" w:hAnsiTheme="majorHAnsi" w:cstheme="majorHAnsi"/>
              </w:rPr>
            </w:pPr>
            <w:r w:rsidRPr="00A82476">
              <w:rPr>
                <w:rFonts w:asciiTheme="majorHAnsi" w:hAnsiTheme="majorHAnsi" w:cstheme="majorHAnsi"/>
                <w:sz w:val="20"/>
              </w:rPr>
              <w:t xml:space="preserve"> 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37FEE" w14:textId="77777777" w:rsidR="00A82476" w:rsidRPr="00A82476" w:rsidRDefault="00A82476" w:rsidP="005D1FA8">
            <w:pPr>
              <w:spacing w:line="259" w:lineRule="auto"/>
              <w:rPr>
                <w:rFonts w:asciiTheme="majorHAnsi" w:hAnsiTheme="majorHAnsi" w:cstheme="majorHAnsi"/>
              </w:rPr>
            </w:pPr>
            <w:r w:rsidRPr="00A82476">
              <w:rPr>
                <w:rFonts w:asciiTheme="majorHAnsi" w:hAnsiTheme="majorHAnsi" w:cstheme="majorHAnsi"/>
                <w:sz w:val="20"/>
              </w:rPr>
              <w:t xml:space="preserve">Work Commitments 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F9B75" w14:textId="77777777" w:rsidR="00A82476" w:rsidRPr="00A82476" w:rsidRDefault="00A82476" w:rsidP="005D1FA8">
            <w:pPr>
              <w:spacing w:line="259" w:lineRule="auto"/>
              <w:rPr>
                <w:rFonts w:asciiTheme="majorHAnsi" w:hAnsiTheme="majorHAnsi" w:cstheme="majorHAnsi"/>
              </w:rPr>
            </w:pPr>
            <w:r w:rsidRPr="00A82476">
              <w:rPr>
                <w:rFonts w:asciiTheme="majorHAnsi" w:hAnsiTheme="majorHAnsi" w:cstheme="majorHAnsi"/>
                <w:sz w:val="20"/>
              </w:rPr>
              <w:t xml:space="preserve"> </w:t>
            </w:r>
          </w:p>
        </w:tc>
      </w:tr>
      <w:tr w:rsidR="00A82476" w:rsidRPr="00A82476" w14:paraId="1AEB6D5E" w14:textId="77777777" w:rsidTr="00370F1F">
        <w:trPr>
          <w:trHeight w:val="290"/>
        </w:trPr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0669C" w14:textId="77777777" w:rsidR="00A82476" w:rsidRPr="00A82476" w:rsidRDefault="00A82476" w:rsidP="005D1FA8">
            <w:pPr>
              <w:spacing w:line="259" w:lineRule="auto"/>
              <w:ind w:left="2"/>
              <w:rPr>
                <w:rFonts w:asciiTheme="majorHAnsi" w:hAnsiTheme="majorHAnsi" w:cstheme="majorHAnsi"/>
              </w:rPr>
            </w:pPr>
            <w:r w:rsidRPr="00A82476">
              <w:rPr>
                <w:rFonts w:asciiTheme="majorHAnsi" w:hAnsiTheme="majorHAnsi" w:cstheme="majorHAnsi"/>
                <w:sz w:val="20"/>
              </w:rPr>
              <w:t xml:space="preserve">Leaving Cert Recheck - Transfer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D2812" w14:textId="77777777" w:rsidR="00A82476" w:rsidRPr="00A82476" w:rsidRDefault="00A82476" w:rsidP="005D1FA8">
            <w:pPr>
              <w:spacing w:line="259" w:lineRule="auto"/>
              <w:ind w:left="2"/>
              <w:rPr>
                <w:rFonts w:asciiTheme="majorHAnsi" w:hAnsiTheme="majorHAnsi" w:cstheme="majorHAnsi"/>
              </w:rPr>
            </w:pPr>
            <w:r w:rsidRPr="00A82476">
              <w:rPr>
                <w:rFonts w:asciiTheme="majorHAnsi" w:hAnsiTheme="majorHAnsi" w:cstheme="majorHAnsi"/>
                <w:sz w:val="20"/>
              </w:rPr>
              <w:t xml:space="preserve"> 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6F342" w14:textId="77777777" w:rsidR="00A82476" w:rsidRPr="00A82476" w:rsidRDefault="00A82476" w:rsidP="005D1FA8">
            <w:pPr>
              <w:spacing w:line="259" w:lineRule="auto"/>
              <w:rPr>
                <w:rFonts w:asciiTheme="majorHAnsi" w:hAnsiTheme="majorHAnsi" w:cstheme="majorHAnsi"/>
              </w:rPr>
            </w:pPr>
            <w:r w:rsidRPr="00A82476">
              <w:rPr>
                <w:rFonts w:asciiTheme="majorHAnsi" w:hAnsiTheme="majorHAnsi" w:cstheme="majorHAnsi"/>
                <w:sz w:val="20"/>
              </w:rPr>
              <w:t>Academic difficulty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F1813" w14:textId="77777777" w:rsidR="00A82476" w:rsidRPr="00A82476" w:rsidRDefault="00A82476" w:rsidP="005D1FA8">
            <w:pPr>
              <w:spacing w:line="259" w:lineRule="auto"/>
              <w:rPr>
                <w:rFonts w:asciiTheme="majorHAnsi" w:hAnsiTheme="majorHAnsi" w:cstheme="majorHAnsi"/>
              </w:rPr>
            </w:pPr>
            <w:r w:rsidRPr="00A82476">
              <w:rPr>
                <w:rFonts w:asciiTheme="majorHAnsi" w:hAnsiTheme="majorHAnsi" w:cstheme="majorHAnsi"/>
                <w:sz w:val="20"/>
              </w:rPr>
              <w:t xml:space="preserve"> </w:t>
            </w:r>
          </w:p>
        </w:tc>
      </w:tr>
      <w:tr w:rsidR="00A82476" w:rsidRPr="00A82476" w14:paraId="1E33B869" w14:textId="77777777" w:rsidTr="00370F1F">
        <w:trPr>
          <w:trHeight w:val="290"/>
        </w:trPr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CF682B" w14:textId="77777777" w:rsidR="00A82476" w:rsidRPr="00A82476" w:rsidRDefault="00A82476" w:rsidP="005D1FA8">
            <w:pPr>
              <w:spacing w:line="259" w:lineRule="auto"/>
              <w:ind w:left="2"/>
              <w:rPr>
                <w:rFonts w:asciiTheme="majorHAnsi" w:hAnsiTheme="majorHAnsi" w:cstheme="majorHAnsi"/>
              </w:rPr>
            </w:pPr>
            <w:r w:rsidRPr="00A82476">
              <w:rPr>
                <w:rFonts w:asciiTheme="majorHAnsi" w:hAnsiTheme="majorHAnsi" w:cstheme="majorHAnsi"/>
                <w:sz w:val="20"/>
              </w:rPr>
              <w:t xml:space="preserve">Other Reason Please State: </w:t>
            </w:r>
          </w:p>
        </w:tc>
        <w:tc>
          <w:tcPr>
            <w:tcW w:w="481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3DC1C3A" w14:textId="77777777" w:rsidR="00A82476" w:rsidRPr="00A82476" w:rsidRDefault="00A82476" w:rsidP="005D1FA8">
            <w:pPr>
              <w:spacing w:after="160" w:line="259" w:lineRule="auto"/>
              <w:rPr>
                <w:rFonts w:asciiTheme="majorHAnsi" w:hAnsiTheme="majorHAnsi" w:cstheme="majorHAnsi"/>
              </w:rPr>
            </w:pPr>
          </w:p>
        </w:tc>
      </w:tr>
    </w:tbl>
    <w:p w14:paraId="327C5D4A" w14:textId="77777777" w:rsidR="00370F1F" w:rsidRDefault="00370F1F" w:rsidP="007A51E5">
      <w:pPr>
        <w:spacing w:after="0"/>
        <w:rPr>
          <w:rFonts w:ascii="Calibri" w:hAnsi="Calibri" w:cs="Calibri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82"/>
      </w:tblGrid>
      <w:tr w:rsidR="00D65AD9" w14:paraId="3DD10EB2" w14:textId="77777777" w:rsidTr="00D65AD9">
        <w:trPr>
          <w:trHeight w:val="399"/>
        </w:trPr>
        <w:tc>
          <w:tcPr>
            <w:tcW w:w="10182" w:type="dxa"/>
            <w:shd w:val="clear" w:color="auto" w:fill="D9D9D9" w:themeFill="background1" w:themeFillShade="D9"/>
          </w:tcPr>
          <w:p w14:paraId="41964B3C" w14:textId="395A4101" w:rsidR="00D65AD9" w:rsidRDefault="00D65AD9" w:rsidP="00D65AD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82476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STUDENT ENGAGEMENT &amp; SUPPORT AWARENESS</w:t>
            </w:r>
          </w:p>
        </w:tc>
      </w:tr>
    </w:tbl>
    <w:p w14:paraId="5559A06A" w14:textId="77777777" w:rsidR="00370F1F" w:rsidRDefault="00370F1F" w:rsidP="007A51E5">
      <w:pPr>
        <w:spacing w:after="0"/>
        <w:rPr>
          <w:rFonts w:ascii="Calibri" w:hAnsi="Calibri" w:cs="Calibri"/>
          <w:sz w:val="20"/>
          <w:szCs w:val="20"/>
        </w:rPr>
      </w:pPr>
    </w:p>
    <w:p w14:paraId="04AD33DE" w14:textId="32C5E4DF" w:rsidR="00015217" w:rsidRDefault="00000000" w:rsidP="007A51E5">
      <w:pPr>
        <w:spacing w:after="0"/>
        <w:rPr>
          <w:rFonts w:ascii="Calibri" w:hAnsi="Calibri" w:cs="Calibri"/>
          <w:sz w:val="20"/>
          <w:szCs w:val="20"/>
        </w:rPr>
      </w:pPr>
      <w:r w:rsidRPr="00A82476">
        <w:rPr>
          <w:rFonts w:ascii="Calibri" w:hAnsi="Calibri" w:cs="Calibri"/>
          <w:sz w:val="20"/>
          <w:szCs w:val="20"/>
        </w:rPr>
        <w:t xml:space="preserve">1. </w:t>
      </w:r>
      <w:r w:rsidR="00D65AD9">
        <w:rPr>
          <w:rFonts w:ascii="Calibri" w:hAnsi="Calibri" w:cs="Calibri"/>
          <w:sz w:val="20"/>
          <w:szCs w:val="20"/>
        </w:rPr>
        <w:t>Have you d</w:t>
      </w:r>
      <w:r w:rsidRPr="00A82476">
        <w:rPr>
          <w:rFonts w:ascii="Calibri" w:hAnsi="Calibri" w:cs="Calibri"/>
          <w:sz w:val="20"/>
          <w:szCs w:val="20"/>
        </w:rPr>
        <w:t xml:space="preserve">iscussed </w:t>
      </w:r>
      <w:r w:rsidR="00D65AD9">
        <w:rPr>
          <w:rFonts w:ascii="Calibri" w:hAnsi="Calibri" w:cs="Calibri"/>
          <w:sz w:val="20"/>
          <w:szCs w:val="20"/>
        </w:rPr>
        <w:t xml:space="preserve">your withdrawal </w:t>
      </w:r>
      <w:r w:rsidRPr="00A82476">
        <w:rPr>
          <w:rFonts w:ascii="Calibri" w:hAnsi="Calibri" w:cs="Calibri"/>
          <w:sz w:val="20"/>
          <w:szCs w:val="20"/>
        </w:rPr>
        <w:t xml:space="preserve">with </w:t>
      </w:r>
      <w:r w:rsidR="00D65AD9">
        <w:rPr>
          <w:rFonts w:ascii="Calibri" w:hAnsi="Calibri" w:cs="Calibri"/>
          <w:sz w:val="20"/>
          <w:szCs w:val="20"/>
        </w:rPr>
        <w:t xml:space="preserve">your </w:t>
      </w:r>
      <w:r w:rsidRPr="00A82476">
        <w:rPr>
          <w:rFonts w:ascii="Calibri" w:hAnsi="Calibri" w:cs="Calibri"/>
          <w:sz w:val="20"/>
          <w:szCs w:val="20"/>
        </w:rPr>
        <w:t xml:space="preserve">Year Tutor / Academic Staff?   </w:t>
      </w:r>
      <w:r w:rsidRPr="00A82476">
        <w:rPr>
          <w:rFonts w:ascii="Segoe UI Symbol" w:hAnsi="Segoe UI Symbol" w:cs="Segoe UI Symbol"/>
          <w:sz w:val="20"/>
          <w:szCs w:val="20"/>
        </w:rPr>
        <w:t>☐</w:t>
      </w:r>
      <w:r w:rsidRPr="00A82476">
        <w:rPr>
          <w:rFonts w:ascii="Calibri" w:hAnsi="Calibri" w:cs="Calibri"/>
          <w:sz w:val="20"/>
          <w:szCs w:val="20"/>
        </w:rPr>
        <w:t xml:space="preserve"> </w:t>
      </w:r>
      <w:r w:rsidRPr="00A82476">
        <w:rPr>
          <w:rFonts w:ascii="Calibri" w:hAnsi="Calibri" w:cs="Calibri"/>
          <w:b/>
          <w:bCs/>
          <w:sz w:val="20"/>
          <w:szCs w:val="20"/>
        </w:rPr>
        <w:t xml:space="preserve">Yes </w:t>
      </w:r>
      <w:r w:rsidRPr="00A82476">
        <w:rPr>
          <w:rFonts w:ascii="Calibri" w:hAnsi="Calibri" w:cs="Calibri"/>
          <w:sz w:val="20"/>
          <w:szCs w:val="20"/>
        </w:rPr>
        <w:t xml:space="preserve">  </w:t>
      </w:r>
      <w:r w:rsidRPr="00A82476">
        <w:rPr>
          <w:rFonts w:ascii="Segoe UI Symbol" w:hAnsi="Segoe UI Symbol" w:cs="Segoe UI Symbol"/>
          <w:sz w:val="20"/>
          <w:szCs w:val="20"/>
        </w:rPr>
        <w:t>☐</w:t>
      </w:r>
      <w:r w:rsidRPr="00A82476">
        <w:rPr>
          <w:rFonts w:ascii="Calibri" w:hAnsi="Calibri" w:cs="Calibri"/>
          <w:sz w:val="20"/>
          <w:szCs w:val="20"/>
        </w:rPr>
        <w:t xml:space="preserve"> </w:t>
      </w:r>
      <w:r w:rsidRPr="00A82476">
        <w:rPr>
          <w:rFonts w:ascii="Calibri" w:hAnsi="Calibri" w:cs="Calibri"/>
          <w:b/>
          <w:bCs/>
          <w:sz w:val="20"/>
          <w:szCs w:val="20"/>
        </w:rPr>
        <w:t>No</w:t>
      </w:r>
      <w:r w:rsidRPr="00A82476">
        <w:rPr>
          <w:rFonts w:ascii="Calibri" w:hAnsi="Calibri" w:cs="Calibri"/>
          <w:sz w:val="20"/>
          <w:szCs w:val="20"/>
        </w:rPr>
        <w:t xml:space="preserve"> (must be completed)</w:t>
      </w:r>
    </w:p>
    <w:p w14:paraId="3FC12055" w14:textId="77777777" w:rsidR="00D65AD9" w:rsidRDefault="00D65AD9" w:rsidP="007A51E5">
      <w:pPr>
        <w:spacing w:after="0"/>
        <w:rPr>
          <w:rFonts w:ascii="Calibri" w:hAnsi="Calibri" w:cs="Calibri"/>
          <w:sz w:val="20"/>
          <w:szCs w:val="20"/>
        </w:rPr>
      </w:pPr>
    </w:p>
    <w:p w14:paraId="15E918C4" w14:textId="2A67D9BE" w:rsidR="0019068B" w:rsidRPr="00D65AD9" w:rsidRDefault="0019068B" w:rsidP="007A51E5">
      <w:pPr>
        <w:spacing w:after="0"/>
        <w:rPr>
          <w:b/>
          <w:bCs/>
          <w:sz w:val="20"/>
          <w:szCs w:val="20"/>
        </w:rPr>
      </w:pPr>
      <w:r w:rsidRPr="00D65AD9">
        <w:rPr>
          <w:b/>
          <w:bCs/>
          <w:sz w:val="20"/>
          <w:szCs w:val="20"/>
        </w:rPr>
        <w:t xml:space="preserve">If </w:t>
      </w:r>
      <w:proofErr w:type="gramStart"/>
      <w:r w:rsidRPr="00D65AD9">
        <w:rPr>
          <w:b/>
          <w:bCs/>
          <w:sz w:val="20"/>
          <w:szCs w:val="20"/>
        </w:rPr>
        <w:t>no</w:t>
      </w:r>
      <w:proofErr w:type="gramEnd"/>
      <w:r w:rsidRPr="00D65AD9">
        <w:rPr>
          <w:b/>
          <w:bCs/>
          <w:sz w:val="20"/>
          <w:szCs w:val="20"/>
        </w:rPr>
        <w:t>, please arrange a discussion with your Course Tutor as soon as possible.</w:t>
      </w:r>
    </w:p>
    <w:p w14:paraId="2BAF4EB8" w14:textId="6090D6C8" w:rsidR="00A82476" w:rsidRDefault="00000000" w:rsidP="007A51E5">
      <w:r w:rsidRPr="00A82476">
        <w:rPr>
          <w:rFonts w:ascii="Calibri" w:hAnsi="Calibri" w:cs="Calibri"/>
          <w:sz w:val="20"/>
          <w:szCs w:val="20"/>
        </w:rPr>
        <w:lastRenderedPageBreak/>
        <w:t>2. A</w:t>
      </w:r>
      <w:r w:rsidR="00D65AD9">
        <w:rPr>
          <w:rFonts w:ascii="Calibri" w:hAnsi="Calibri" w:cs="Calibri"/>
          <w:sz w:val="20"/>
          <w:szCs w:val="20"/>
        </w:rPr>
        <w:t>re you a</w:t>
      </w:r>
      <w:r w:rsidRPr="00A82476">
        <w:rPr>
          <w:rFonts w:ascii="Calibri" w:hAnsi="Calibri" w:cs="Calibri"/>
          <w:sz w:val="20"/>
          <w:szCs w:val="20"/>
        </w:rPr>
        <w:t>ware of</w:t>
      </w:r>
      <w:r w:rsidR="00915BAA" w:rsidRPr="00A82476">
        <w:rPr>
          <w:rFonts w:ascii="Calibri" w:hAnsi="Calibri" w:cs="Calibri"/>
          <w:sz w:val="20"/>
          <w:szCs w:val="20"/>
        </w:rPr>
        <w:t xml:space="preserve"> Student</w:t>
      </w:r>
      <w:r w:rsidRPr="00A82476">
        <w:rPr>
          <w:rFonts w:ascii="Calibri" w:hAnsi="Calibri" w:cs="Calibri"/>
          <w:sz w:val="20"/>
          <w:szCs w:val="20"/>
        </w:rPr>
        <w:t xml:space="preserve"> </w:t>
      </w:r>
      <w:r w:rsidR="00915BAA" w:rsidRPr="00A82476">
        <w:rPr>
          <w:rFonts w:ascii="Calibri" w:hAnsi="Calibri" w:cs="Calibri"/>
          <w:sz w:val="20"/>
          <w:szCs w:val="20"/>
        </w:rPr>
        <w:t>S</w:t>
      </w:r>
      <w:r w:rsidRPr="00A82476">
        <w:rPr>
          <w:rFonts w:ascii="Calibri" w:hAnsi="Calibri" w:cs="Calibri"/>
          <w:sz w:val="20"/>
          <w:szCs w:val="20"/>
        </w:rPr>
        <w:t>upports (Financial Aid, Counselling, Academic Supports</w:t>
      </w:r>
      <w:r w:rsidR="000F442A" w:rsidRPr="00A82476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="000F442A" w:rsidRPr="00A82476">
        <w:rPr>
          <w:rFonts w:ascii="Calibri" w:hAnsi="Calibri" w:cs="Calibri"/>
          <w:sz w:val="20"/>
          <w:szCs w:val="20"/>
        </w:rPr>
        <w:t>Maths</w:t>
      </w:r>
      <w:proofErr w:type="spellEnd"/>
      <w:r w:rsidR="000F442A" w:rsidRPr="00A82476">
        <w:rPr>
          <w:rFonts w:ascii="Calibri" w:hAnsi="Calibri" w:cs="Calibri"/>
          <w:sz w:val="20"/>
          <w:szCs w:val="20"/>
        </w:rPr>
        <w:t xml:space="preserve"> Learning Centre, Careers, Academic Writing Centre</w:t>
      </w:r>
      <w:r w:rsidRPr="00A82476">
        <w:rPr>
          <w:rFonts w:ascii="Calibri" w:hAnsi="Calibri" w:cs="Calibri"/>
          <w:sz w:val="20"/>
          <w:szCs w:val="20"/>
        </w:rPr>
        <w:t xml:space="preserve">)?  </w:t>
      </w:r>
      <w:hyperlink r:id="rId7" w:history="1">
        <w:r w:rsidR="00A82476">
          <w:rPr>
            <w:rStyle w:val="Hyperlink"/>
            <w:b/>
            <w:sz w:val="20"/>
            <w:szCs w:val="20"/>
          </w:rPr>
          <w:t>Student Supp</w:t>
        </w:r>
        <w:r w:rsidR="00A82476">
          <w:rPr>
            <w:rStyle w:val="Hyperlink"/>
            <w:b/>
            <w:sz w:val="20"/>
            <w:szCs w:val="20"/>
          </w:rPr>
          <w:t>o</w:t>
        </w:r>
        <w:r w:rsidR="00A82476">
          <w:rPr>
            <w:rStyle w:val="Hyperlink"/>
            <w:b/>
            <w:sz w:val="20"/>
            <w:szCs w:val="20"/>
          </w:rPr>
          <w:t xml:space="preserve">rt's Information </w:t>
        </w:r>
      </w:hyperlink>
    </w:p>
    <w:p w14:paraId="0F0D1503" w14:textId="7F6BAE13" w:rsidR="00A82476" w:rsidRPr="00A82476" w:rsidRDefault="00000000" w:rsidP="007A51E5">
      <w:pPr>
        <w:rPr>
          <w:rFonts w:ascii="Calibri" w:hAnsi="Calibri" w:cs="Calibri"/>
          <w:b/>
          <w:bCs/>
          <w:sz w:val="20"/>
          <w:szCs w:val="20"/>
        </w:rPr>
      </w:pPr>
      <w:r w:rsidRPr="00A82476">
        <w:rPr>
          <w:rFonts w:ascii="Calibri" w:hAnsi="Calibri" w:cs="Calibri"/>
          <w:sz w:val="20"/>
          <w:szCs w:val="20"/>
        </w:rPr>
        <w:t xml:space="preserve"> </w:t>
      </w:r>
      <w:r w:rsidRPr="00A82476">
        <w:rPr>
          <w:rFonts w:ascii="Segoe UI Symbol" w:hAnsi="Segoe UI Symbol" w:cs="Segoe UI Symbol"/>
          <w:sz w:val="20"/>
          <w:szCs w:val="20"/>
        </w:rPr>
        <w:t>☐</w:t>
      </w:r>
      <w:r w:rsidRPr="00A82476">
        <w:rPr>
          <w:rFonts w:ascii="Calibri" w:hAnsi="Calibri" w:cs="Calibri"/>
          <w:sz w:val="20"/>
          <w:szCs w:val="20"/>
        </w:rPr>
        <w:t xml:space="preserve"> </w:t>
      </w:r>
      <w:r w:rsidRPr="00A82476">
        <w:rPr>
          <w:rFonts w:ascii="Calibri" w:hAnsi="Calibri" w:cs="Calibri"/>
          <w:b/>
          <w:bCs/>
          <w:sz w:val="20"/>
          <w:szCs w:val="20"/>
        </w:rPr>
        <w:t xml:space="preserve">Yes   </w:t>
      </w:r>
      <w:r w:rsidRPr="00A82476">
        <w:rPr>
          <w:rFonts w:ascii="Segoe UI Symbol" w:hAnsi="Segoe UI Symbol" w:cs="Segoe UI Symbol"/>
          <w:sz w:val="20"/>
          <w:szCs w:val="20"/>
        </w:rPr>
        <w:t>☐</w:t>
      </w:r>
      <w:r w:rsidRPr="00A82476">
        <w:rPr>
          <w:rFonts w:ascii="Calibri" w:hAnsi="Calibri" w:cs="Calibri"/>
          <w:sz w:val="20"/>
          <w:szCs w:val="20"/>
        </w:rPr>
        <w:t xml:space="preserve"> </w:t>
      </w:r>
      <w:r w:rsidRPr="00A82476">
        <w:rPr>
          <w:rFonts w:ascii="Calibri" w:hAnsi="Calibri" w:cs="Calibri"/>
          <w:b/>
          <w:bCs/>
          <w:sz w:val="20"/>
          <w:szCs w:val="20"/>
        </w:rPr>
        <w:t>No</w:t>
      </w:r>
      <w:r w:rsidR="00A82476">
        <w:rPr>
          <w:rFonts w:ascii="Calibri" w:hAnsi="Calibri" w:cs="Calibri"/>
          <w:b/>
          <w:bCs/>
          <w:sz w:val="20"/>
          <w:szCs w:val="20"/>
        </w:rPr>
        <w:t xml:space="preserve">   Other:  ______________________________ </w:t>
      </w:r>
    </w:p>
    <w:tbl>
      <w:tblPr>
        <w:tblStyle w:val="TableGrid0"/>
        <w:tblW w:w="9910" w:type="dxa"/>
        <w:tblInd w:w="1" w:type="dxa"/>
        <w:tblCellMar>
          <w:top w:w="46" w:type="dxa"/>
          <w:bottom w:w="3" w:type="dxa"/>
          <w:right w:w="115" w:type="dxa"/>
        </w:tblCellMar>
        <w:tblLook w:val="04A0" w:firstRow="1" w:lastRow="0" w:firstColumn="1" w:lastColumn="0" w:noHBand="0" w:noVBand="1"/>
      </w:tblPr>
      <w:tblGrid>
        <w:gridCol w:w="2077"/>
        <w:gridCol w:w="5113"/>
        <w:gridCol w:w="2720"/>
      </w:tblGrid>
      <w:tr w:rsidR="00915BAA" w:rsidRPr="00A82476" w14:paraId="4F6A2AD2" w14:textId="77777777" w:rsidTr="007A51E5">
        <w:trPr>
          <w:trHeight w:val="252"/>
        </w:trPr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DADB"/>
          </w:tcPr>
          <w:p w14:paraId="454DB41A" w14:textId="77777777" w:rsidR="00915BAA" w:rsidRPr="00A82476" w:rsidRDefault="00915BAA" w:rsidP="00A82476">
            <w:pPr>
              <w:spacing w:line="259" w:lineRule="auto"/>
              <w:rPr>
                <w:b/>
                <w:bCs/>
              </w:rPr>
            </w:pPr>
          </w:p>
        </w:tc>
        <w:tc>
          <w:tcPr>
            <w:tcW w:w="511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ADADB"/>
          </w:tcPr>
          <w:p w14:paraId="51032B13" w14:textId="6B15C5E2" w:rsidR="00915BAA" w:rsidRPr="00A82476" w:rsidRDefault="0019068B" w:rsidP="00A82476">
            <w:pPr>
              <w:spacing w:line="259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     </w:t>
            </w:r>
            <w:r w:rsidR="00915BAA" w:rsidRPr="00A82476">
              <w:rPr>
                <w:rFonts w:ascii="Calibri" w:hAnsi="Calibri" w:cs="Calibri"/>
                <w:b/>
                <w:bCs/>
                <w:sz w:val="24"/>
                <w:szCs w:val="24"/>
              </w:rPr>
              <w:t>HEAD OF SCHOOL/DISCIPLINE CONFIRMATION</w:t>
            </w:r>
          </w:p>
        </w:tc>
        <w:tc>
          <w:tcPr>
            <w:tcW w:w="2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DADB"/>
          </w:tcPr>
          <w:p w14:paraId="01986BBF" w14:textId="77777777" w:rsidR="00915BAA" w:rsidRPr="00A82476" w:rsidRDefault="00915BAA" w:rsidP="00A82476">
            <w:pPr>
              <w:spacing w:line="259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3C452FF6" w14:textId="77777777" w:rsidR="00915BAA" w:rsidRPr="00A82476" w:rsidRDefault="00915BAA" w:rsidP="007A51E5">
      <w:pPr>
        <w:spacing w:after="0" w:line="240" w:lineRule="auto"/>
        <w:rPr>
          <w:b/>
          <w:bCs/>
          <w:sz w:val="20"/>
          <w:szCs w:val="20"/>
        </w:rPr>
      </w:pPr>
    </w:p>
    <w:p w14:paraId="3E3AAE37" w14:textId="05A41B1F" w:rsidR="0019068B" w:rsidRDefault="00000000" w:rsidP="007A51E5">
      <w:pPr>
        <w:spacing w:after="0" w:line="240" w:lineRule="auto"/>
        <w:rPr>
          <w:rFonts w:ascii="Calibri" w:hAnsi="Calibri" w:cs="Calibri"/>
          <w:sz w:val="20"/>
          <w:szCs w:val="20"/>
        </w:rPr>
      </w:pPr>
      <w:r w:rsidRPr="00915BAA">
        <w:rPr>
          <w:rFonts w:ascii="Calibri" w:hAnsi="Calibri" w:cs="Calibri"/>
          <w:sz w:val="20"/>
          <w:szCs w:val="20"/>
        </w:rPr>
        <w:t>I confirm discussion has taken place, options explored, and date is correct:</w:t>
      </w:r>
      <w:r w:rsidR="00D65AD9">
        <w:rPr>
          <w:rFonts w:ascii="Calibri" w:hAnsi="Calibri" w:cs="Calibri"/>
          <w:sz w:val="20"/>
          <w:szCs w:val="20"/>
        </w:rPr>
        <w:t xml:space="preserve"> </w:t>
      </w:r>
      <w:r w:rsidR="00D65AD9" w:rsidRPr="00D65AD9">
        <w:rPr>
          <w:rFonts w:ascii="Calibri" w:hAnsi="Calibri" w:cs="Calibri"/>
          <w:b/>
          <w:bCs/>
          <w:sz w:val="18"/>
          <w:szCs w:val="18"/>
        </w:rPr>
        <w:t>(To be completed by Head of School/Discipline)</w:t>
      </w:r>
    </w:p>
    <w:p w14:paraId="41956BB0" w14:textId="77777777" w:rsidR="007A51E5" w:rsidRDefault="007A51E5" w:rsidP="007A51E5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14:paraId="7928652B" w14:textId="19FB6A49" w:rsidR="00915BAA" w:rsidRDefault="00000000" w:rsidP="007A51E5">
      <w:pPr>
        <w:rPr>
          <w:rFonts w:ascii="Calibri" w:hAnsi="Calibri" w:cs="Calibri"/>
          <w:sz w:val="20"/>
          <w:szCs w:val="20"/>
        </w:rPr>
      </w:pPr>
      <w:r w:rsidRPr="00915BAA">
        <w:rPr>
          <w:rFonts w:ascii="Calibri" w:hAnsi="Calibri" w:cs="Calibri"/>
          <w:sz w:val="20"/>
          <w:szCs w:val="20"/>
        </w:rPr>
        <w:t>Name: ___________________</w:t>
      </w:r>
      <w:r w:rsidR="00915BAA">
        <w:rPr>
          <w:rFonts w:ascii="Calibri" w:hAnsi="Calibri" w:cs="Calibri"/>
          <w:sz w:val="20"/>
          <w:szCs w:val="20"/>
        </w:rPr>
        <w:t>_</w:t>
      </w:r>
      <w:r w:rsidR="0019068B">
        <w:rPr>
          <w:rFonts w:ascii="Calibri" w:hAnsi="Calibri" w:cs="Calibri"/>
          <w:sz w:val="20"/>
          <w:szCs w:val="20"/>
        </w:rPr>
        <w:t>____</w:t>
      </w:r>
      <w:r w:rsidR="00915BAA">
        <w:rPr>
          <w:rFonts w:ascii="Calibri" w:hAnsi="Calibri" w:cs="Calibri"/>
          <w:sz w:val="20"/>
          <w:szCs w:val="20"/>
        </w:rPr>
        <w:t>_____</w:t>
      </w:r>
      <w:r w:rsidRPr="00915BAA">
        <w:rPr>
          <w:rFonts w:ascii="Calibri" w:hAnsi="Calibri" w:cs="Calibri"/>
          <w:sz w:val="20"/>
          <w:szCs w:val="20"/>
        </w:rPr>
        <w:t xml:space="preserve">_ </w:t>
      </w:r>
      <w:r w:rsidR="00915BAA" w:rsidRPr="00915BAA">
        <w:rPr>
          <w:rFonts w:ascii="Calibri" w:hAnsi="Calibri" w:cs="Calibri"/>
          <w:sz w:val="20"/>
          <w:szCs w:val="20"/>
        </w:rPr>
        <w:t xml:space="preserve">   </w:t>
      </w:r>
      <w:r w:rsidR="00915BAA">
        <w:rPr>
          <w:rFonts w:ascii="Calibri" w:hAnsi="Calibri" w:cs="Calibri"/>
          <w:sz w:val="20"/>
          <w:szCs w:val="20"/>
        </w:rPr>
        <w:tab/>
      </w:r>
      <w:r w:rsidR="00915BAA">
        <w:rPr>
          <w:rFonts w:ascii="Calibri" w:hAnsi="Calibri" w:cs="Calibri"/>
          <w:sz w:val="20"/>
          <w:szCs w:val="20"/>
        </w:rPr>
        <w:tab/>
      </w:r>
      <w:r w:rsidRPr="00915BAA">
        <w:rPr>
          <w:rFonts w:ascii="Calibri" w:hAnsi="Calibri" w:cs="Calibri"/>
          <w:sz w:val="20"/>
          <w:szCs w:val="20"/>
        </w:rPr>
        <w:t>Signature: ____________</w:t>
      </w:r>
      <w:r w:rsidR="00915BAA" w:rsidRPr="00915BAA">
        <w:rPr>
          <w:rFonts w:ascii="Calibri" w:hAnsi="Calibri" w:cs="Calibri"/>
          <w:sz w:val="20"/>
          <w:szCs w:val="20"/>
        </w:rPr>
        <w:t>________</w:t>
      </w:r>
      <w:r w:rsidRPr="00915BAA">
        <w:rPr>
          <w:rFonts w:ascii="Calibri" w:hAnsi="Calibri" w:cs="Calibri"/>
          <w:sz w:val="20"/>
          <w:szCs w:val="20"/>
        </w:rPr>
        <w:t>____</w:t>
      </w:r>
      <w:r w:rsidR="00915BAA">
        <w:rPr>
          <w:rFonts w:ascii="Calibri" w:hAnsi="Calibri" w:cs="Calibri"/>
          <w:sz w:val="20"/>
          <w:szCs w:val="20"/>
        </w:rPr>
        <w:t xml:space="preserve">  </w:t>
      </w:r>
    </w:p>
    <w:p w14:paraId="25141611" w14:textId="5C59B959" w:rsidR="00015217" w:rsidRPr="00915BAA" w:rsidRDefault="00000000" w:rsidP="007A51E5">
      <w:pPr>
        <w:spacing w:after="0" w:line="240" w:lineRule="auto"/>
        <w:rPr>
          <w:rFonts w:ascii="Calibri" w:hAnsi="Calibri" w:cs="Calibri"/>
          <w:sz w:val="20"/>
          <w:szCs w:val="20"/>
        </w:rPr>
      </w:pPr>
      <w:r w:rsidRPr="00915BAA">
        <w:rPr>
          <w:rFonts w:ascii="Calibri" w:hAnsi="Calibri" w:cs="Calibri"/>
          <w:sz w:val="20"/>
          <w:szCs w:val="20"/>
        </w:rPr>
        <w:t>Date of Discussion: _____</w:t>
      </w:r>
      <w:r w:rsidR="00915BAA" w:rsidRPr="00915BAA">
        <w:rPr>
          <w:rFonts w:ascii="Calibri" w:hAnsi="Calibri" w:cs="Calibri"/>
          <w:sz w:val="20"/>
          <w:szCs w:val="20"/>
        </w:rPr>
        <w:t>___</w:t>
      </w:r>
      <w:r w:rsidRPr="00915BAA">
        <w:rPr>
          <w:rFonts w:ascii="Calibri" w:hAnsi="Calibri" w:cs="Calibri"/>
          <w:sz w:val="20"/>
          <w:szCs w:val="20"/>
        </w:rPr>
        <w:t>______</w:t>
      </w:r>
    </w:p>
    <w:p w14:paraId="10828505" w14:textId="02CEF32E" w:rsidR="00015217" w:rsidRPr="0019068B" w:rsidRDefault="00015217" w:rsidP="007A51E5">
      <w:pPr>
        <w:spacing w:after="0" w:line="240" w:lineRule="auto"/>
        <w:rPr>
          <w:sz w:val="20"/>
          <w:szCs w:val="20"/>
        </w:rPr>
      </w:pPr>
    </w:p>
    <w:tbl>
      <w:tblPr>
        <w:tblStyle w:val="TableGrid0"/>
        <w:tblW w:w="9910" w:type="dxa"/>
        <w:tblInd w:w="1" w:type="dxa"/>
        <w:tblCellMar>
          <w:top w:w="46" w:type="dxa"/>
          <w:bottom w:w="3" w:type="dxa"/>
          <w:right w:w="115" w:type="dxa"/>
        </w:tblCellMar>
        <w:tblLook w:val="04A0" w:firstRow="1" w:lastRow="0" w:firstColumn="1" w:lastColumn="0" w:noHBand="0" w:noVBand="1"/>
      </w:tblPr>
      <w:tblGrid>
        <w:gridCol w:w="2077"/>
        <w:gridCol w:w="5113"/>
        <w:gridCol w:w="2720"/>
      </w:tblGrid>
      <w:tr w:rsidR="0019068B" w:rsidRPr="00A82476" w14:paraId="7D1EA353" w14:textId="77777777" w:rsidTr="007A51E5">
        <w:trPr>
          <w:trHeight w:val="252"/>
        </w:trPr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DADB"/>
          </w:tcPr>
          <w:p w14:paraId="6E648B13" w14:textId="77777777" w:rsidR="0019068B" w:rsidRPr="00A82476" w:rsidRDefault="0019068B" w:rsidP="005D1FA8">
            <w:pPr>
              <w:spacing w:line="259" w:lineRule="auto"/>
              <w:rPr>
                <w:b/>
                <w:bCs/>
              </w:rPr>
            </w:pPr>
          </w:p>
        </w:tc>
        <w:tc>
          <w:tcPr>
            <w:tcW w:w="511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ADADB"/>
          </w:tcPr>
          <w:p w14:paraId="22384201" w14:textId="6896ACA5" w:rsidR="0019068B" w:rsidRPr="00A82476" w:rsidRDefault="0019068B" w:rsidP="005D1FA8">
            <w:pPr>
              <w:spacing w:line="259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                            EXIT </w:t>
            </w:r>
            <w:r w:rsidR="007A51E5">
              <w:rPr>
                <w:rFonts w:ascii="Calibri" w:hAnsi="Calibri" w:cs="Calibri"/>
                <w:b/>
                <w:bCs/>
                <w:sz w:val="24"/>
                <w:szCs w:val="24"/>
              </w:rPr>
              <w:t>INTERVIEW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CONSENT</w:t>
            </w:r>
          </w:p>
        </w:tc>
        <w:tc>
          <w:tcPr>
            <w:tcW w:w="2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DADB"/>
          </w:tcPr>
          <w:p w14:paraId="6348DBA1" w14:textId="77777777" w:rsidR="0019068B" w:rsidRPr="00A82476" w:rsidRDefault="0019068B" w:rsidP="005D1FA8">
            <w:pPr>
              <w:spacing w:line="259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1024B600" w14:textId="77777777" w:rsidR="0019068B" w:rsidRDefault="0019068B" w:rsidP="007A51E5">
      <w:pPr>
        <w:spacing w:after="0" w:line="240" w:lineRule="auto"/>
      </w:pPr>
    </w:p>
    <w:p w14:paraId="7E618444" w14:textId="3D556587" w:rsidR="00015217" w:rsidRDefault="00000000" w:rsidP="007A51E5">
      <w:pPr>
        <w:spacing w:after="0"/>
      </w:pPr>
      <w:r w:rsidRPr="0019068B">
        <w:rPr>
          <w:b/>
          <w:bCs/>
        </w:rPr>
        <w:t xml:space="preserve">☐ Yes, </w:t>
      </w:r>
      <w:r>
        <w:t xml:space="preserve">I agree to be contacted   </w:t>
      </w:r>
      <w:r w:rsidRPr="0019068B">
        <w:rPr>
          <w:b/>
          <w:bCs/>
        </w:rPr>
        <w:t>☐ No</w:t>
      </w:r>
    </w:p>
    <w:p w14:paraId="7E1C12EB" w14:textId="77777777" w:rsidR="00015217" w:rsidRDefault="00000000" w:rsidP="007A51E5">
      <w:pPr>
        <w:spacing w:after="0"/>
      </w:pPr>
      <w:r>
        <w:t>You may be contacted for an exit survey/interview.</w:t>
      </w:r>
    </w:p>
    <w:p w14:paraId="4E7F5987" w14:textId="77777777" w:rsidR="0019068B" w:rsidRDefault="0019068B" w:rsidP="007A51E5">
      <w:pPr>
        <w:spacing w:after="0"/>
      </w:pPr>
    </w:p>
    <w:tbl>
      <w:tblPr>
        <w:tblStyle w:val="TableGrid0"/>
        <w:tblW w:w="9910" w:type="dxa"/>
        <w:tblInd w:w="1" w:type="dxa"/>
        <w:tblCellMar>
          <w:top w:w="46" w:type="dxa"/>
          <w:bottom w:w="3" w:type="dxa"/>
          <w:right w:w="115" w:type="dxa"/>
        </w:tblCellMar>
        <w:tblLook w:val="04A0" w:firstRow="1" w:lastRow="0" w:firstColumn="1" w:lastColumn="0" w:noHBand="0" w:noVBand="1"/>
      </w:tblPr>
      <w:tblGrid>
        <w:gridCol w:w="2077"/>
        <w:gridCol w:w="5113"/>
        <w:gridCol w:w="2720"/>
      </w:tblGrid>
      <w:tr w:rsidR="0019068B" w:rsidRPr="00A82476" w14:paraId="011828CD" w14:textId="77777777" w:rsidTr="007A51E5">
        <w:trPr>
          <w:trHeight w:val="252"/>
        </w:trPr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DADB"/>
          </w:tcPr>
          <w:p w14:paraId="75846B1E" w14:textId="77777777" w:rsidR="0019068B" w:rsidRPr="00A82476" w:rsidRDefault="0019068B" w:rsidP="005D1FA8">
            <w:pPr>
              <w:spacing w:line="259" w:lineRule="auto"/>
              <w:rPr>
                <w:b/>
                <w:bCs/>
              </w:rPr>
            </w:pPr>
          </w:p>
        </w:tc>
        <w:tc>
          <w:tcPr>
            <w:tcW w:w="511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ADADB"/>
          </w:tcPr>
          <w:p w14:paraId="740E5E66" w14:textId="46EE5C29" w:rsidR="0019068B" w:rsidRPr="00A82476" w:rsidRDefault="0019068B" w:rsidP="005D1FA8">
            <w:pPr>
              <w:spacing w:line="259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                                TERMS &amp; CONDITIONS </w:t>
            </w:r>
          </w:p>
        </w:tc>
        <w:tc>
          <w:tcPr>
            <w:tcW w:w="2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DADB"/>
          </w:tcPr>
          <w:p w14:paraId="66485CAC" w14:textId="77777777" w:rsidR="0019068B" w:rsidRPr="00A82476" w:rsidRDefault="0019068B" w:rsidP="005D1FA8">
            <w:pPr>
              <w:spacing w:line="259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75814232" w14:textId="77777777" w:rsidR="007A51E5" w:rsidRDefault="007A51E5" w:rsidP="007A51E5">
      <w:pPr>
        <w:spacing w:after="0" w:line="240" w:lineRule="auto"/>
        <w:rPr>
          <w:sz w:val="20"/>
          <w:szCs w:val="20"/>
        </w:rPr>
      </w:pPr>
    </w:p>
    <w:p w14:paraId="50446937" w14:textId="726A5D11" w:rsidR="00015217" w:rsidRPr="0019068B" w:rsidRDefault="00000000" w:rsidP="007A51E5">
      <w:pPr>
        <w:spacing w:line="240" w:lineRule="auto"/>
        <w:rPr>
          <w:sz w:val="20"/>
          <w:szCs w:val="20"/>
        </w:rPr>
      </w:pPr>
      <w:r w:rsidRPr="0019068B">
        <w:rPr>
          <w:sz w:val="20"/>
          <w:szCs w:val="20"/>
        </w:rPr>
        <w:t>- Form must be signed before submission</w:t>
      </w:r>
    </w:p>
    <w:p w14:paraId="6B854D3A" w14:textId="77777777" w:rsidR="00015217" w:rsidRPr="0019068B" w:rsidRDefault="00000000" w:rsidP="007A51E5">
      <w:pPr>
        <w:spacing w:line="240" w:lineRule="auto"/>
        <w:rPr>
          <w:sz w:val="20"/>
          <w:szCs w:val="20"/>
        </w:rPr>
      </w:pPr>
      <w:r w:rsidRPr="0019068B">
        <w:rPr>
          <w:sz w:val="20"/>
          <w:szCs w:val="20"/>
        </w:rPr>
        <w:t>- Effective Withdrawal Date determines fees</w:t>
      </w:r>
    </w:p>
    <w:p w14:paraId="73F099A3" w14:textId="77777777" w:rsidR="00015217" w:rsidRPr="0019068B" w:rsidRDefault="00000000" w:rsidP="007A51E5">
      <w:pPr>
        <w:spacing w:line="240" w:lineRule="auto"/>
        <w:rPr>
          <w:sz w:val="20"/>
          <w:szCs w:val="20"/>
        </w:rPr>
      </w:pPr>
      <w:r w:rsidRPr="0019068B">
        <w:rPr>
          <w:sz w:val="20"/>
          <w:szCs w:val="20"/>
        </w:rPr>
        <w:t>- Incorrect dates will not be processed</w:t>
      </w:r>
    </w:p>
    <w:p w14:paraId="7042EDE2" w14:textId="77777777" w:rsidR="00015217" w:rsidRPr="0019068B" w:rsidRDefault="00000000" w:rsidP="007A51E5">
      <w:pPr>
        <w:spacing w:line="240" w:lineRule="auto"/>
        <w:rPr>
          <w:sz w:val="20"/>
          <w:szCs w:val="20"/>
        </w:rPr>
      </w:pPr>
      <w:r w:rsidRPr="0019068B">
        <w:rPr>
          <w:sz w:val="20"/>
          <w:szCs w:val="20"/>
        </w:rPr>
        <w:t>- Backdated requests require evidence</w:t>
      </w:r>
    </w:p>
    <w:p w14:paraId="46B9B9F4" w14:textId="0541BC49" w:rsidR="00915BAA" w:rsidRPr="007A51E5" w:rsidRDefault="00000000" w:rsidP="007A51E5">
      <w:pPr>
        <w:spacing w:line="240" w:lineRule="auto"/>
        <w:rPr>
          <w:sz w:val="20"/>
          <w:szCs w:val="20"/>
        </w:rPr>
      </w:pPr>
      <w:r w:rsidRPr="0019068B">
        <w:rPr>
          <w:sz w:val="20"/>
          <w:szCs w:val="20"/>
        </w:rPr>
        <w:t>- Inform grant providers if applicable</w:t>
      </w:r>
    </w:p>
    <w:tbl>
      <w:tblPr>
        <w:tblStyle w:val="TableGrid0"/>
        <w:tblW w:w="9910" w:type="dxa"/>
        <w:tblInd w:w="1" w:type="dxa"/>
        <w:tblCellMar>
          <w:top w:w="46" w:type="dxa"/>
          <w:bottom w:w="3" w:type="dxa"/>
          <w:right w:w="115" w:type="dxa"/>
        </w:tblCellMar>
        <w:tblLook w:val="04A0" w:firstRow="1" w:lastRow="0" w:firstColumn="1" w:lastColumn="0" w:noHBand="0" w:noVBand="1"/>
      </w:tblPr>
      <w:tblGrid>
        <w:gridCol w:w="2077"/>
        <w:gridCol w:w="5113"/>
        <w:gridCol w:w="2720"/>
      </w:tblGrid>
      <w:tr w:rsidR="00915BAA" w14:paraId="6E3E8C32" w14:textId="77777777" w:rsidTr="007A51E5">
        <w:trPr>
          <w:trHeight w:val="252"/>
        </w:trPr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DADB"/>
          </w:tcPr>
          <w:p w14:paraId="4604D24A" w14:textId="77777777" w:rsidR="00915BAA" w:rsidRDefault="00915BAA" w:rsidP="005D1FA8">
            <w:pPr>
              <w:spacing w:after="160" w:line="259" w:lineRule="auto"/>
            </w:pPr>
          </w:p>
        </w:tc>
        <w:tc>
          <w:tcPr>
            <w:tcW w:w="511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ADADB"/>
          </w:tcPr>
          <w:p w14:paraId="42044BCE" w14:textId="45F974BD" w:rsidR="00915BAA" w:rsidRPr="00A82476" w:rsidRDefault="00915BAA" w:rsidP="005D1FA8">
            <w:pPr>
              <w:spacing w:line="259" w:lineRule="auto"/>
              <w:ind w:left="1673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82476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STUDENT DECLARATION </w:t>
            </w:r>
          </w:p>
        </w:tc>
        <w:tc>
          <w:tcPr>
            <w:tcW w:w="2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DADB"/>
          </w:tcPr>
          <w:p w14:paraId="39DCFF65" w14:textId="77777777" w:rsidR="00915BAA" w:rsidRDefault="00915BAA" w:rsidP="005D1FA8">
            <w:pPr>
              <w:spacing w:after="160" w:line="259" w:lineRule="auto"/>
            </w:pPr>
          </w:p>
        </w:tc>
      </w:tr>
    </w:tbl>
    <w:p w14:paraId="7DEB46B7" w14:textId="77777777" w:rsidR="00915BAA" w:rsidRDefault="00915BAA" w:rsidP="007A51E5"/>
    <w:p w14:paraId="4A2C51E5" w14:textId="77777777" w:rsidR="00015217" w:rsidRPr="00915BAA" w:rsidRDefault="00000000" w:rsidP="007A51E5">
      <w:pPr>
        <w:rPr>
          <w:rFonts w:ascii="Calibri" w:hAnsi="Calibri" w:cs="Calibri"/>
          <w:sz w:val="20"/>
          <w:szCs w:val="20"/>
        </w:rPr>
      </w:pPr>
      <w:r w:rsidRPr="00915BAA">
        <w:rPr>
          <w:rFonts w:ascii="Segoe UI Symbol" w:hAnsi="Segoe UI Symbol" w:cs="Segoe UI Symbol"/>
          <w:sz w:val="20"/>
          <w:szCs w:val="20"/>
        </w:rPr>
        <w:t>☐</w:t>
      </w:r>
      <w:r w:rsidRPr="00915BAA">
        <w:rPr>
          <w:rFonts w:ascii="Calibri" w:hAnsi="Calibri" w:cs="Calibri"/>
          <w:sz w:val="20"/>
          <w:szCs w:val="20"/>
        </w:rPr>
        <w:t xml:space="preserve"> I confirm I have read and understood the above</w:t>
      </w:r>
    </w:p>
    <w:p w14:paraId="214E8C0B" w14:textId="0A8CE7CB" w:rsidR="00015217" w:rsidRDefault="00000000" w:rsidP="007A51E5">
      <w:pPr>
        <w:rPr>
          <w:rFonts w:ascii="Calibri" w:hAnsi="Calibri" w:cs="Calibri"/>
          <w:sz w:val="20"/>
          <w:szCs w:val="20"/>
        </w:rPr>
      </w:pPr>
      <w:r w:rsidRPr="00915BAA">
        <w:rPr>
          <w:rFonts w:ascii="Calibri" w:hAnsi="Calibri" w:cs="Calibri"/>
          <w:sz w:val="20"/>
          <w:szCs w:val="20"/>
        </w:rPr>
        <w:t>Signature: ___________________</w:t>
      </w:r>
      <w:proofErr w:type="gramStart"/>
      <w:r w:rsidRPr="00915BAA">
        <w:rPr>
          <w:rFonts w:ascii="Calibri" w:hAnsi="Calibri" w:cs="Calibri"/>
          <w:sz w:val="20"/>
          <w:szCs w:val="20"/>
        </w:rPr>
        <w:t>_</w:t>
      </w:r>
      <w:r w:rsidR="007A51E5">
        <w:rPr>
          <w:rFonts w:ascii="Calibri" w:hAnsi="Calibri" w:cs="Calibri"/>
          <w:sz w:val="20"/>
          <w:szCs w:val="20"/>
        </w:rPr>
        <w:t xml:space="preserve"> </w:t>
      </w:r>
      <w:r w:rsidRPr="00915BAA">
        <w:rPr>
          <w:rFonts w:ascii="Calibri" w:hAnsi="Calibri" w:cs="Calibri"/>
          <w:sz w:val="20"/>
          <w:szCs w:val="20"/>
        </w:rPr>
        <w:t xml:space="preserve"> </w:t>
      </w:r>
      <w:proofErr w:type="gramEnd"/>
      <w:r w:rsidRPr="00915BAA">
        <w:rPr>
          <w:rFonts w:ascii="Calibri" w:hAnsi="Calibri" w:cs="Calibri"/>
          <w:sz w:val="20"/>
          <w:szCs w:val="20"/>
        </w:rPr>
        <w:t xml:space="preserve"> Date:</w:t>
      </w:r>
      <w:r w:rsidR="00915BAA">
        <w:rPr>
          <w:rFonts w:ascii="Calibri" w:hAnsi="Calibri" w:cs="Calibri"/>
          <w:sz w:val="20"/>
          <w:szCs w:val="20"/>
        </w:rPr>
        <w:t xml:space="preserve">  </w:t>
      </w:r>
      <w:r w:rsidRPr="00915BAA">
        <w:rPr>
          <w:rFonts w:ascii="Calibri" w:hAnsi="Calibri" w:cs="Calibri"/>
          <w:sz w:val="20"/>
          <w:szCs w:val="20"/>
        </w:rPr>
        <w:t xml:space="preserve"> ___________</w:t>
      </w:r>
    </w:p>
    <w:p w14:paraId="4BABC828" w14:textId="77777777" w:rsidR="007A51E5" w:rsidRDefault="007A51E5" w:rsidP="007A51E5">
      <w:pPr>
        <w:rPr>
          <w:rFonts w:ascii="Calibri" w:hAnsi="Calibri" w:cs="Calibri"/>
          <w:sz w:val="20"/>
          <w:szCs w:val="20"/>
        </w:rPr>
      </w:pPr>
    </w:p>
    <w:tbl>
      <w:tblPr>
        <w:tblStyle w:val="TableGrid0"/>
        <w:tblW w:w="9910" w:type="dxa"/>
        <w:tblInd w:w="1" w:type="dxa"/>
        <w:tblCellMar>
          <w:top w:w="46" w:type="dxa"/>
          <w:bottom w:w="3" w:type="dxa"/>
          <w:right w:w="115" w:type="dxa"/>
        </w:tblCellMar>
        <w:tblLook w:val="04A0" w:firstRow="1" w:lastRow="0" w:firstColumn="1" w:lastColumn="0" w:noHBand="0" w:noVBand="1"/>
      </w:tblPr>
      <w:tblGrid>
        <w:gridCol w:w="2077"/>
        <w:gridCol w:w="5113"/>
        <w:gridCol w:w="2720"/>
      </w:tblGrid>
      <w:tr w:rsidR="007A51E5" w:rsidRPr="00A82476" w14:paraId="06BC6ADC" w14:textId="77777777" w:rsidTr="00693B9B">
        <w:trPr>
          <w:trHeight w:val="252"/>
        </w:trPr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DADB"/>
          </w:tcPr>
          <w:p w14:paraId="62950162" w14:textId="77777777" w:rsidR="007A51E5" w:rsidRPr="00A82476" w:rsidRDefault="007A51E5" w:rsidP="00693B9B">
            <w:pPr>
              <w:spacing w:line="259" w:lineRule="auto"/>
              <w:rPr>
                <w:b/>
                <w:bCs/>
              </w:rPr>
            </w:pPr>
          </w:p>
        </w:tc>
        <w:tc>
          <w:tcPr>
            <w:tcW w:w="511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ADADB"/>
          </w:tcPr>
          <w:p w14:paraId="0962FAD3" w14:textId="77777777" w:rsidR="007A51E5" w:rsidRPr="00A82476" w:rsidRDefault="007A51E5" w:rsidP="00693B9B">
            <w:pPr>
              <w:spacing w:line="259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                            STUDENT HUB USE ONLY</w:t>
            </w:r>
          </w:p>
        </w:tc>
        <w:tc>
          <w:tcPr>
            <w:tcW w:w="2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DADB"/>
          </w:tcPr>
          <w:p w14:paraId="353D2B8C" w14:textId="77777777" w:rsidR="007A51E5" w:rsidRPr="00A82476" w:rsidRDefault="007A51E5" w:rsidP="00693B9B">
            <w:pPr>
              <w:spacing w:line="259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055C3AF7" w14:textId="77777777" w:rsidR="007A51E5" w:rsidRDefault="007A51E5" w:rsidP="007A51E5"/>
    <w:p w14:paraId="27076AB2" w14:textId="3E4EBC52" w:rsidR="007A51E5" w:rsidRPr="00915BAA" w:rsidRDefault="007A51E5" w:rsidP="007A51E5">
      <w:pPr>
        <w:rPr>
          <w:rFonts w:ascii="Calibri" w:hAnsi="Calibri" w:cs="Calibri"/>
          <w:sz w:val="20"/>
          <w:szCs w:val="20"/>
        </w:rPr>
      </w:pPr>
      <w:r w:rsidRPr="0019068B">
        <w:rPr>
          <w:sz w:val="20"/>
          <w:szCs w:val="20"/>
        </w:rPr>
        <w:t>Advisor: _________</w:t>
      </w:r>
      <w:r>
        <w:rPr>
          <w:sz w:val="20"/>
          <w:szCs w:val="20"/>
        </w:rPr>
        <w:t>_______</w:t>
      </w:r>
      <w:r w:rsidRPr="0019068B">
        <w:rPr>
          <w:sz w:val="20"/>
          <w:szCs w:val="20"/>
        </w:rPr>
        <w:t>__________</w:t>
      </w:r>
      <w:proofErr w:type="gramStart"/>
      <w:r w:rsidRPr="0019068B">
        <w:rPr>
          <w:sz w:val="20"/>
          <w:szCs w:val="20"/>
        </w:rPr>
        <w:t xml:space="preserve">_  </w:t>
      </w:r>
      <w:r w:rsidRPr="0019068B">
        <w:rPr>
          <w:sz w:val="20"/>
          <w:szCs w:val="20"/>
        </w:rPr>
        <w:tab/>
      </w:r>
      <w:proofErr w:type="gramEnd"/>
      <w:r w:rsidRPr="0019068B">
        <w:rPr>
          <w:sz w:val="20"/>
          <w:szCs w:val="20"/>
        </w:rPr>
        <w:tab/>
      </w:r>
      <w:r w:rsidRPr="0019068B">
        <w:rPr>
          <w:sz w:val="20"/>
          <w:szCs w:val="20"/>
        </w:rPr>
        <w:tab/>
      </w:r>
      <w:r w:rsidRPr="0019068B">
        <w:rPr>
          <w:sz w:val="20"/>
          <w:szCs w:val="20"/>
        </w:rPr>
        <w:tab/>
        <w:t>Date Received: ________</w:t>
      </w:r>
      <w:r>
        <w:rPr>
          <w:sz w:val="20"/>
          <w:szCs w:val="20"/>
        </w:rPr>
        <w:t>_______________</w:t>
      </w:r>
      <w:r w:rsidRPr="0019068B">
        <w:rPr>
          <w:sz w:val="20"/>
          <w:szCs w:val="20"/>
        </w:rPr>
        <w:t>___</w:t>
      </w:r>
    </w:p>
    <w:sectPr w:rsidR="007A51E5" w:rsidRPr="00915BAA" w:rsidSect="0019068B">
      <w:pgSz w:w="12240" w:h="15840"/>
      <w:pgMar w:top="1440" w:right="474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01507149">
    <w:abstractNumId w:val="8"/>
  </w:num>
  <w:num w:numId="2" w16cid:durableId="1650817733">
    <w:abstractNumId w:val="6"/>
  </w:num>
  <w:num w:numId="3" w16cid:durableId="966743812">
    <w:abstractNumId w:val="5"/>
  </w:num>
  <w:num w:numId="4" w16cid:durableId="67115714">
    <w:abstractNumId w:val="4"/>
  </w:num>
  <w:num w:numId="5" w16cid:durableId="528569334">
    <w:abstractNumId w:val="7"/>
  </w:num>
  <w:num w:numId="6" w16cid:durableId="1925992999">
    <w:abstractNumId w:val="3"/>
  </w:num>
  <w:num w:numId="7" w16cid:durableId="2049602364">
    <w:abstractNumId w:val="2"/>
  </w:num>
  <w:num w:numId="8" w16cid:durableId="1206913777">
    <w:abstractNumId w:val="1"/>
  </w:num>
  <w:num w:numId="9" w16cid:durableId="4324778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5217"/>
    <w:rsid w:val="00034616"/>
    <w:rsid w:val="0006063C"/>
    <w:rsid w:val="000F442A"/>
    <w:rsid w:val="0015074B"/>
    <w:rsid w:val="0019068B"/>
    <w:rsid w:val="0029639D"/>
    <w:rsid w:val="00317557"/>
    <w:rsid w:val="00326F90"/>
    <w:rsid w:val="00370F1F"/>
    <w:rsid w:val="0051285E"/>
    <w:rsid w:val="00520911"/>
    <w:rsid w:val="00570245"/>
    <w:rsid w:val="007A51E5"/>
    <w:rsid w:val="00874CE8"/>
    <w:rsid w:val="00915BAA"/>
    <w:rsid w:val="00A82476"/>
    <w:rsid w:val="00AA1D8D"/>
    <w:rsid w:val="00B47730"/>
    <w:rsid w:val="00B572CF"/>
    <w:rsid w:val="00CB0664"/>
    <w:rsid w:val="00D65AD9"/>
    <w:rsid w:val="00E75D06"/>
    <w:rsid w:val="00EA6955"/>
    <w:rsid w:val="00F02FE6"/>
    <w:rsid w:val="00FB398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1230A31"/>
  <w14:defaultImageDpi w14:val="300"/>
  <w15:docId w15:val="{89239336-7F77-4FC2-820F-41012BF1C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TableGrid0">
    <w:name w:val="TableGrid"/>
    <w:rsid w:val="000F442A"/>
    <w:pPr>
      <w:spacing w:after="0" w:line="240" w:lineRule="auto"/>
    </w:pPr>
    <w:rPr>
      <w:lang w:val="en-GB"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A8247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70F1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tudublin.ie/for-students/student-services-and-support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Caragh O Buachalla</dc:creator>
  <cp:keywords/>
  <dc:description>generated by python-docx</dc:description>
  <cp:lastModifiedBy>Raymond Coyne</cp:lastModifiedBy>
  <cp:revision>9</cp:revision>
  <dcterms:created xsi:type="dcterms:W3CDTF">2026-06-17T16:33:00Z</dcterms:created>
  <dcterms:modified xsi:type="dcterms:W3CDTF">2026-09-01T15:24:00Z</dcterms:modified>
  <cp:category/>
</cp:coreProperties>
</file>